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6CBE1" w14:textId="67C576D2" w:rsidR="00534CF5" w:rsidRPr="005A0C04" w:rsidRDefault="00534CF5" w:rsidP="00994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Всероссийская олимпиада школьников 2025-2026 учебный год</w:t>
      </w:r>
    </w:p>
    <w:p w14:paraId="2E7883FB" w14:textId="77777777" w:rsidR="00534CF5" w:rsidRPr="005A0C04" w:rsidRDefault="00534CF5" w:rsidP="00994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Муниципальный этап</w:t>
      </w:r>
    </w:p>
    <w:p w14:paraId="606BF6CB" w14:textId="79C46E7F" w:rsidR="00534CF5" w:rsidRPr="005A0C04" w:rsidRDefault="005A0C04" w:rsidP="00994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Информатика</w:t>
      </w:r>
    </w:p>
    <w:p w14:paraId="28E7B5F2" w14:textId="77777777" w:rsidR="00534CF5" w:rsidRPr="005A0C04" w:rsidRDefault="00534CF5" w:rsidP="009943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A0C04">
        <w:rPr>
          <w:rFonts w:ascii="Times New Roman" w:hAnsi="Times New Roman" w:cs="Times New Roman"/>
          <w:b/>
          <w:sz w:val="28"/>
          <w:szCs w:val="28"/>
          <w:lang w:val="ru-RU"/>
        </w:rPr>
        <w:t>Направление «Робототехника»</w:t>
      </w:r>
    </w:p>
    <w:p w14:paraId="19B1D77F" w14:textId="2E623EA7" w:rsidR="00534CF5" w:rsidRPr="005A0C04" w:rsidRDefault="00B91BA6" w:rsidP="005A0C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7-8</w:t>
      </w:r>
      <w:r w:rsidR="00534CF5" w:rsidRPr="005A0C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класс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06106125" w14:textId="0C6BA132" w:rsidR="00C85898" w:rsidRPr="00534CF5" w:rsidRDefault="00B91BA6" w:rsidP="005A0C0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D3FEB">
        <w:rPr>
          <w:rFonts w:ascii="Times New Roman" w:hAnsi="Times New Roman" w:cs="Times New Roman"/>
          <w:sz w:val="24"/>
          <w:szCs w:val="24"/>
          <w:lang w:val="ru-RU"/>
        </w:rPr>
        <w:t>Структура: 5 тестовых заданий и 10 кейс‑заданий</w:t>
      </w:r>
      <w:r w:rsidR="007D3FE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D6B6C08" w14:textId="02B70861" w:rsidR="00C85898" w:rsidRPr="007D3FEB" w:rsidRDefault="00B91BA6" w:rsidP="007D3FEB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7D3FEB">
        <w:rPr>
          <w:rFonts w:ascii="Times New Roman" w:hAnsi="Times New Roman" w:cs="Times New Roman"/>
          <w:color w:val="000000" w:themeColor="text1"/>
          <w:lang w:val="ru-RU"/>
        </w:rPr>
        <w:t xml:space="preserve">Часть </w:t>
      </w:r>
      <w:r w:rsidRPr="007D3FEB">
        <w:rPr>
          <w:rFonts w:ascii="Times New Roman" w:hAnsi="Times New Roman" w:cs="Times New Roman"/>
          <w:color w:val="000000" w:themeColor="text1"/>
        </w:rPr>
        <w:t>I</w:t>
      </w:r>
      <w:r w:rsidRPr="007D3FEB">
        <w:rPr>
          <w:rFonts w:ascii="Times New Roman" w:hAnsi="Times New Roman" w:cs="Times New Roman"/>
          <w:color w:val="000000" w:themeColor="text1"/>
          <w:lang w:val="ru-RU"/>
        </w:rPr>
        <w:t>. Тестовые задания</w:t>
      </w:r>
      <w:r w:rsidR="005A0C04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78D57F19" w14:textId="77777777" w:rsidR="0076440E" w:rsidRPr="0076440E" w:rsidRDefault="0076440E" w:rsidP="0076440E">
      <w:pPr>
        <w:rPr>
          <w:lang w:val="ru-RU"/>
        </w:rPr>
      </w:pPr>
      <w:r w:rsidRPr="0076440E">
        <w:rPr>
          <w:b/>
          <w:sz w:val="24"/>
          <w:lang w:val="ru-RU"/>
        </w:rPr>
        <w:t xml:space="preserve">1. Какой тип сигнала формирует цифровой выход </w:t>
      </w:r>
      <w:r>
        <w:rPr>
          <w:b/>
          <w:sz w:val="24"/>
        </w:rPr>
        <w:t>Arduino</w:t>
      </w:r>
      <w:r w:rsidRPr="0076440E">
        <w:rPr>
          <w:b/>
          <w:sz w:val="24"/>
          <w:lang w:val="ru-RU"/>
        </w:rPr>
        <w:t xml:space="preserve"> </w:t>
      </w:r>
      <w:r>
        <w:rPr>
          <w:b/>
          <w:sz w:val="24"/>
        </w:rPr>
        <w:t>UNO</w:t>
      </w:r>
      <w:r w:rsidRPr="0076440E">
        <w:rPr>
          <w:b/>
          <w:sz w:val="24"/>
          <w:lang w:val="ru-RU"/>
        </w:rPr>
        <w:t>?</w:t>
      </w:r>
    </w:p>
    <w:p w14:paraId="3179DA3B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A</w:t>
      </w:r>
      <w:r w:rsidRPr="0076440E">
        <w:rPr>
          <w:sz w:val="24"/>
          <w:lang w:val="ru-RU"/>
        </w:rPr>
        <w:t xml:space="preserve">. Два уровня: </w:t>
      </w:r>
      <w:r>
        <w:rPr>
          <w:sz w:val="24"/>
        </w:rPr>
        <w:t>LOW</w:t>
      </w:r>
      <w:r w:rsidRPr="0076440E">
        <w:rPr>
          <w:sz w:val="24"/>
          <w:lang w:val="ru-RU"/>
        </w:rPr>
        <w:t xml:space="preserve"> (0 В) / </w:t>
      </w:r>
      <w:r>
        <w:rPr>
          <w:sz w:val="24"/>
        </w:rPr>
        <w:t>HIGH</w:t>
      </w:r>
      <w:r w:rsidRPr="0076440E">
        <w:rPr>
          <w:sz w:val="24"/>
          <w:lang w:val="ru-RU"/>
        </w:rPr>
        <w:t xml:space="preserve"> (~5 В)</w:t>
      </w:r>
    </w:p>
    <w:p w14:paraId="2AB5DA22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B</w:t>
      </w:r>
      <w:r w:rsidRPr="0076440E">
        <w:rPr>
          <w:sz w:val="24"/>
          <w:lang w:val="ru-RU"/>
        </w:rPr>
        <w:t>. Непрерывное аналоговое напряжение 0…5 В</w:t>
      </w:r>
    </w:p>
    <w:p w14:paraId="1D7E15E2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C</w:t>
      </w:r>
      <w:r w:rsidRPr="0076440E">
        <w:rPr>
          <w:sz w:val="24"/>
          <w:lang w:val="ru-RU"/>
        </w:rPr>
        <w:t>. Синусоидальный сигнал с частотой 1 кГц</w:t>
      </w:r>
    </w:p>
    <w:p w14:paraId="091A362D" w14:textId="16B79996" w:rsidR="0076440E" w:rsidRPr="007F5DCA" w:rsidRDefault="0076440E" w:rsidP="0076440E">
      <w:pPr>
        <w:spacing w:after="0"/>
        <w:rPr>
          <w:sz w:val="24"/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. Только последовательные данные </w:t>
      </w:r>
      <w:r>
        <w:rPr>
          <w:sz w:val="24"/>
        </w:rPr>
        <w:t>UART</w:t>
      </w:r>
    </w:p>
    <w:p w14:paraId="1C8BC717" w14:textId="2438C481" w:rsidR="0099430E" w:rsidRDefault="0099430E" w:rsidP="0076440E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0C335793" w14:textId="77777777" w:rsidR="0076440E" w:rsidRPr="0076440E" w:rsidRDefault="0076440E" w:rsidP="0076440E">
      <w:pPr>
        <w:spacing w:after="0"/>
        <w:rPr>
          <w:lang w:val="ru-RU"/>
        </w:rPr>
      </w:pPr>
    </w:p>
    <w:p w14:paraId="4D9D233B" w14:textId="77777777" w:rsidR="0076440E" w:rsidRPr="0076440E" w:rsidRDefault="0076440E" w:rsidP="0076440E">
      <w:pPr>
        <w:rPr>
          <w:lang w:val="ru-RU"/>
        </w:rPr>
      </w:pPr>
      <w:r w:rsidRPr="0076440E">
        <w:rPr>
          <w:b/>
          <w:sz w:val="24"/>
          <w:lang w:val="ru-RU"/>
        </w:rPr>
        <w:t xml:space="preserve">2. Чтобы не повредить светодиод при подключении к </w:t>
      </w:r>
      <w:r>
        <w:rPr>
          <w:b/>
          <w:sz w:val="24"/>
        </w:rPr>
        <w:t>Arduino</w:t>
      </w:r>
      <w:r w:rsidRPr="0076440E">
        <w:rPr>
          <w:b/>
          <w:sz w:val="24"/>
          <w:lang w:val="ru-RU"/>
        </w:rPr>
        <w:t>, обычно…</w:t>
      </w:r>
    </w:p>
    <w:p w14:paraId="205D61D5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A</w:t>
      </w:r>
      <w:r w:rsidRPr="0076440E">
        <w:rPr>
          <w:sz w:val="24"/>
          <w:lang w:val="ru-RU"/>
        </w:rPr>
        <w:t>. Включают последовательно резистор 220–330 Ом</w:t>
      </w:r>
    </w:p>
    <w:p w14:paraId="397EE239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B</w:t>
      </w:r>
      <w:r w:rsidRPr="0076440E">
        <w:rPr>
          <w:sz w:val="24"/>
          <w:lang w:val="ru-RU"/>
        </w:rPr>
        <w:t>. Подключают напрямую к 5 В без резистора</w:t>
      </w:r>
    </w:p>
    <w:p w14:paraId="53B9873D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C</w:t>
      </w:r>
      <w:r w:rsidRPr="0076440E">
        <w:rPr>
          <w:sz w:val="24"/>
          <w:lang w:val="ru-RU"/>
        </w:rPr>
        <w:t>. Ставят резистор 10 кОм параллельно светодиоду</w:t>
      </w:r>
    </w:p>
    <w:p w14:paraId="0F860388" w14:textId="7236002B" w:rsidR="0076440E" w:rsidRDefault="0076440E" w:rsidP="0076440E">
      <w:pPr>
        <w:spacing w:after="0"/>
        <w:rPr>
          <w:sz w:val="24"/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D</w:t>
      </w:r>
      <w:r w:rsidRPr="0076440E">
        <w:rPr>
          <w:sz w:val="24"/>
          <w:lang w:val="ru-RU"/>
        </w:rPr>
        <w:t>. Подают 12 В через транзистор без резистора</w:t>
      </w:r>
    </w:p>
    <w:p w14:paraId="5C4655F8" w14:textId="77777777" w:rsidR="0099430E" w:rsidRDefault="0099430E" w:rsidP="0099430E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58A6E37C" w14:textId="77777777" w:rsidR="0076440E" w:rsidRPr="0076440E" w:rsidRDefault="0076440E" w:rsidP="0076440E">
      <w:pPr>
        <w:spacing w:after="0"/>
        <w:rPr>
          <w:lang w:val="ru-RU"/>
        </w:rPr>
      </w:pPr>
    </w:p>
    <w:p w14:paraId="2342401D" w14:textId="77777777" w:rsidR="0076440E" w:rsidRPr="0076440E" w:rsidRDefault="0076440E" w:rsidP="0076440E">
      <w:pPr>
        <w:rPr>
          <w:lang w:val="ru-RU"/>
        </w:rPr>
      </w:pPr>
      <w:r w:rsidRPr="0076440E">
        <w:rPr>
          <w:b/>
          <w:sz w:val="24"/>
          <w:lang w:val="ru-RU"/>
        </w:rPr>
        <w:t xml:space="preserve">3. Что делает режим </w:t>
      </w:r>
      <w:proofErr w:type="spellStart"/>
      <w:proofErr w:type="gramStart"/>
      <w:r>
        <w:rPr>
          <w:b/>
          <w:sz w:val="24"/>
        </w:rPr>
        <w:t>pinMode</w:t>
      </w:r>
      <w:proofErr w:type="spellEnd"/>
      <w:r w:rsidRPr="0076440E">
        <w:rPr>
          <w:b/>
          <w:sz w:val="24"/>
          <w:lang w:val="ru-RU"/>
        </w:rPr>
        <w:t>(</w:t>
      </w:r>
      <w:proofErr w:type="gramEnd"/>
      <w:r>
        <w:rPr>
          <w:b/>
          <w:sz w:val="24"/>
        </w:rPr>
        <w:t>pin</w:t>
      </w:r>
      <w:r w:rsidRPr="0076440E">
        <w:rPr>
          <w:b/>
          <w:sz w:val="24"/>
          <w:lang w:val="ru-RU"/>
        </w:rPr>
        <w:t xml:space="preserve">, </w:t>
      </w:r>
      <w:r>
        <w:rPr>
          <w:b/>
          <w:sz w:val="24"/>
        </w:rPr>
        <w:t>INPUT</w:t>
      </w:r>
      <w:r w:rsidRPr="0076440E">
        <w:rPr>
          <w:b/>
          <w:sz w:val="24"/>
          <w:lang w:val="ru-RU"/>
        </w:rPr>
        <w:t>_</w:t>
      </w:r>
      <w:r>
        <w:rPr>
          <w:b/>
          <w:sz w:val="24"/>
        </w:rPr>
        <w:t>PULLUP</w:t>
      </w:r>
      <w:r w:rsidRPr="0076440E">
        <w:rPr>
          <w:b/>
          <w:sz w:val="24"/>
          <w:lang w:val="ru-RU"/>
        </w:rPr>
        <w:t>)?</w:t>
      </w:r>
    </w:p>
    <w:p w14:paraId="3FA26BDB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A</w:t>
      </w:r>
      <w:r w:rsidRPr="0076440E">
        <w:rPr>
          <w:sz w:val="24"/>
          <w:lang w:val="ru-RU"/>
        </w:rPr>
        <w:t>. Включает внутренний подтягивающий резистор к +5 В для входа</w:t>
      </w:r>
    </w:p>
    <w:p w14:paraId="551089CC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B</w:t>
      </w:r>
      <w:r w:rsidRPr="0076440E">
        <w:rPr>
          <w:sz w:val="24"/>
          <w:lang w:val="ru-RU"/>
        </w:rPr>
        <w:t xml:space="preserve">. Включает внутренний подтягивающий резистор к </w:t>
      </w:r>
      <w:r>
        <w:rPr>
          <w:sz w:val="24"/>
        </w:rPr>
        <w:t>GND</w:t>
      </w:r>
      <w:r w:rsidRPr="0076440E">
        <w:rPr>
          <w:sz w:val="24"/>
          <w:lang w:val="ru-RU"/>
        </w:rPr>
        <w:t xml:space="preserve"> для входа</w:t>
      </w:r>
    </w:p>
    <w:p w14:paraId="76833DC2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C</w:t>
      </w:r>
      <w:r w:rsidRPr="0076440E">
        <w:rPr>
          <w:sz w:val="24"/>
          <w:lang w:val="ru-RU"/>
        </w:rPr>
        <w:t>. Переводит пин в режим ШИМ (</w:t>
      </w:r>
      <w:r>
        <w:rPr>
          <w:sz w:val="24"/>
        </w:rPr>
        <w:t>PWM</w:t>
      </w:r>
      <w:r w:rsidRPr="0076440E">
        <w:rPr>
          <w:sz w:val="24"/>
          <w:lang w:val="ru-RU"/>
        </w:rPr>
        <w:t>)</w:t>
      </w:r>
    </w:p>
    <w:p w14:paraId="23E535D6" w14:textId="115CFB31" w:rsidR="0076440E" w:rsidRDefault="0076440E" w:rsidP="0076440E">
      <w:pPr>
        <w:spacing w:after="0"/>
        <w:rPr>
          <w:sz w:val="24"/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D</w:t>
      </w:r>
      <w:r w:rsidRPr="0076440E">
        <w:rPr>
          <w:sz w:val="24"/>
          <w:lang w:val="ru-RU"/>
        </w:rPr>
        <w:t>. Активирует внешний подтягивающий резистор</w:t>
      </w:r>
    </w:p>
    <w:p w14:paraId="75CA990D" w14:textId="77777777" w:rsidR="0099430E" w:rsidRDefault="0099430E" w:rsidP="0099430E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0741FF22" w14:textId="77777777" w:rsidR="0076440E" w:rsidRPr="0076440E" w:rsidRDefault="0076440E" w:rsidP="0076440E">
      <w:pPr>
        <w:spacing w:after="0"/>
        <w:rPr>
          <w:lang w:val="ru-RU"/>
        </w:rPr>
      </w:pPr>
    </w:p>
    <w:p w14:paraId="2B4F1E0C" w14:textId="77777777" w:rsidR="0076440E" w:rsidRPr="0076440E" w:rsidRDefault="0076440E" w:rsidP="0076440E">
      <w:pPr>
        <w:rPr>
          <w:lang w:val="ru-RU"/>
        </w:rPr>
      </w:pPr>
      <w:r w:rsidRPr="0076440E">
        <w:rPr>
          <w:b/>
          <w:sz w:val="24"/>
          <w:lang w:val="ru-RU"/>
        </w:rPr>
        <w:t xml:space="preserve">4. Что измеряет ультразвуковой датчик </w:t>
      </w:r>
      <w:r>
        <w:rPr>
          <w:b/>
          <w:sz w:val="24"/>
        </w:rPr>
        <w:t>HC</w:t>
      </w:r>
      <w:r w:rsidRPr="0076440E">
        <w:rPr>
          <w:b/>
          <w:sz w:val="24"/>
          <w:lang w:val="ru-RU"/>
        </w:rPr>
        <w:t>-</w:t>
      </w:r>
      <w:r>
        <w:rPr>
          <w:b/>
          <w:sz w:val="24"/>
        </w:rPr>
        <w:t>SR</w:t>
      </w:r>
      <w:r w:rsidRPr="0076440E">
        <w:rPr>
          <w:b/>
          <w:sz w:val="24"/>
          <w:lang w:val="ru-RU"/>
        </w:rPr>
        <w:t>04?</w:t>
      </w:r>
    </w:p>
    <w:p w14:paraId="15407AE5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A</w:t>
      </w:r>
      <w:r w:rsidRPr="0076440E">
        <w:rPr>
          <w:sz w:val="24"/>
          <w:lang w:val="ru-RU"/>
        </w:rPr>
        <w:t>. Освещённость поверхности</w:t>
      </w:r>
    </w:p>
    <w:p w14:paraId="65B75012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B</w:t>
      </w:r>
      <w:r w:rsidRPr="0076440E">
        <w:rPr>
          <w:sz w:val="24"/>
          <w:lang w:val="ru-RU"/>
        </w:rPr>
        <w:t>. Расстояние до препятствия по времени полёта звука</w:t>
      </w:r>
    </w:p>
    <w:p w14:paraId="4487BB2C" w14:textId="77777777" w:rsidR="0076440E" w:rsidRPr="0076440E" w:rsidRDefault="0076440E" w:rsidP="0076440E">
      <w:pPr>
        <w:spacing w:after="0"/>
        <w:rPr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C</w:t>
      </w:r>
      <w:r w:rsidRPr="0076440E">
        <w:rPr>
          <w:sz w:val="24"/>
          <w:lang w:val="ru-RU"/>
        </w:rPr>
        <w:t>. Магнитное поле Земли</w:t>
      </w:r>
    </w:p>
    <w:p w14:paraId="262471C2" w14:textId="785E787D" w:rsidR="0076440E" w:rsidRDefault="0076440E" w:rsidP="0076440E">
      <w:pPr>
        <w:spacing w:after="0"/>
        <w:rPr>
          <w:sz w:val="24"/>
          <w:lang w:val="ru-RU"/>
        </w:rPr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>D</w:t>
      </w:r>
      <w:r w:rsidRPr="0076440E">
        <w:rPr>
          <w:sz w:val="24"/>
          <w:lang w:val="ru-RU"/>
        </w:rPr>
        <w:t>. Температуру воздуха</w:t>
      </w:r>
    </w:p>
    <w:p w14:paraId="7093E96C" w14:textId="77777777" w:rsidR="0099430E" w:rsidRDefault="0099430E" w:rsidP="0099430E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48729699" w14:textId="756ECB38" w:rsidR="0076440E" w:rsidRDefault="0076440E" w:rsidP="0076440E">
      <w:pPr>
        <w:spacing w:after="0"/>
        <w:rPr>
          <w:lang w:val="ru-RU"/>
        </w:rPr>
      </w:pPr>
    </w:p>
    <w:p w14:paraId="36770E44" w14:textId="106B2857" w:rsidR="0099430E" w:rsidRDefault="0099430E" w:rsidP="0076440E">
      <w:pPr>
        <w:spacing w:after="0"/>
        <w:rPr>
          <w:lang w:val="ru-RU"/>
        </w:rPr>
      </w:pPr>
    </w:p>
    <w:p w14:paraId="79F738B7" w14:textId="1C47BDA4" w:rsidR="0099430E" w:rsidRDefault="0099430E" w:rsidP="0076440E">
      <w:pPr>
        <w:spacing w:after="0"/>
        <w:rPr>
          <w:lang w:val="ru-RU"/>
        </w:rPr>
      </w:pPr>
    </w:p>
    <w:p w14:paraId="07430B7B" w14:textId="77777777" w:rsidR="0099430E" w:rsidRPr="0076440E" w:rsidRDefault="0099430E" w:rsidP="0076440E">
      <w:pPr>
        <w:spacing w:after="0"/>
        <w:rPr>
          <w:lang w:val="ru-RU"/>
        </w:rPr>
      </w:pPr>
    </w:p>
    <w:p w14:paraId="5F2CF318" w14:textId="77777777" w:rsidR="0076440E" w:rsidRPr="0076440E" w:rsidRDefault="0076440E" w:rsidP="0076440E">
      <w:pPr>
        <w:rPr>
          <w:lang w:val="ru-RU"/>
        </w:rPr>
      </w:pPr>
      <w:r w:rsidRPr="0076440E">
        <w:rPr>
          <w:b/>
          <w:sz w:val="24"/>
          <w:lang w:val="ru-RU"/>
        </w:rPr>
        <w:lastRenderedPageBreak/>
        <w:t xml:space="preserve">5. Какую библиотеку обычно используют для управления сервоприводом </w:t>
      </w:r>
      <w:r>
        <w:rPr>
          <w:b/>
          <w:sz w:val="24"/>
        </w:rPr>
        <w:t>SG</w:t>
      </w:r>
      <w:r w:rsidRPr="0076440E">
        <w:rPr>
          <w:b/>
          <w:sz w:val="24"/>
          <w:lang w:val="ru-RU"/>
        </w:rPr>
        <w:t xml:space="preserve">90 в </w:t>
      </w:r>
      <w:r>
        <w:rPr>
          <w:b/>
          <w:sz w:val="24"/>
        </w:rPr>
        <w:t>Arduino</w:t>
      </w:r>
      <w:r w:rsidRPr="0076440E">
        <w:rPr>
          <w:b/>
          <w:sz w:val="24"/>
          <w:lang w:val="ru-RU"/>
        </w:rPr>
        <w:t xml:space="preserve"> </w:t>
      </w:r>
      <w:r>
        <w:rPr>
          <w:b/>
          <w:sz w:val="24"/>
        </w:rPr>
        <w:t>IDE</w:t>
      </w:r>
      <w:r w:rsidRPr="0076440E">
        <w:rPr>
          <w:b/>
          <w:sz w:val="24"/>
          <w:lang w:val="ru-RU"/>
        </w:rPr>
        <w:t>?</w:t>
      </w:r>
    </w:p>
    <w:p w14:paraId="5A76D4D5" w14:textId="77777777" w:rsidR="0076440E" w:rsidRDefault="0076440E" w:rsidP="0076440E">
      <w:pPr>
        <w:spacing w:after="0"/>
      </w:pPr>
      <w:r w:rsidRPr="0076440E">
        <w:rPr>
          <w:sz w:val="24"/>
          <w:lang w:val="ru-RU"/>
        </w:rPr>
        <w:t xml:space="preserve">    </w:t>
      </w:r>
      <w:r>
        <w:rPr>
          <w:sz w:val="24"/>
        </w:rPr>
        <w:t xml:space="preserve">A. </w:t>
      </w:r>
      <w:proofErr w:type="spellStart"/>
      <w:r>
        <w:rPr>
          <w:sz w:val="24"/>
        </w:rPr>
        <w:t>Servo.h</w:t>
      </w:r>
      <w:proofErr w:type="spellEnd"/>
    </w:p>
    <w:p w14:paraId="1BCFC58D" w14:textId="77777777" w:rsidR="0076440E" w:rsidRDefault="0076440E" w:rsidP="0076440E">
      <w:pPr>
        <w:spacing w:after="0"/>
      </w:pPr>
      <w:r>
        <w:rPr>
          <w:sz w:val="24"/>
        </w:rPr>
        <w:t xml:space="preserve">    B. </w:t>
      </w:r>
      <w:proofErr w:type="spellStart"/>
      <w:r>
        <w:rPr>
          <w:sz w:val="24"/>
        </w:rPr>
        <w:t>LiquidCrystal.h</w:t>
      </w:r>
      <w:proofErr w:type="spellEnd"/>
    </w:p>
    <w:p w14:paraId="0CDA615B" w14:textId="77777777" w:rsidR="0076440E" w:rsidRDefault="0076440E" w:rsidP="0076440E">
      <w:pPr>
        <w:spacing w:after="0"/>
      </w:pPr>
      <w:r>
        <w:rPr>
          <w:sz w:val="24"/>
        </w:rPr>
        <w:t xml:space="preserve">    C. </w:t>
      </w:r>
      <w:proofErr w:type="spellStart"/>
      <w:r>
        <w:rPr>
          <w:sz w:val="24"/>
        </w:rPr>
        <w:t>Wire.h</w:t>
      </w:r>
      <w:proofErr w:type="spellEnd"/>
    </w:p>
    <w:p w14:paraId="30D59D34" w14:textId="321C2B6D" w:rsidR="0076440E" w:rsidRDefault="0076440E" w:rsidP="0076440E">
      <w:pPr>
        <w:spacing w:after="0"/>
        <w:rPr>
          <w:sz w:val="24"/>
        </w:rPr>
      </w:pPr>
      <w:r>
        <w:rPr>
          <w:sz w:val="24"/>
        </w:rPr>
        <w:t xml:space="preserve">    D. </w:t>
      </w:r>
      <w:proofErr w:type="spellStart"/>
      <w:r>
        <w:rPr>
          <w:sz w:val="24"/>
        </w:rPr>
        <w:t>Stepper.h</w:t>
      </w:r>
      <w:proofErr w:type="spellEnd"/>
    </w:p>
    <w:p w14:paraId="00AB8617" w14:textId="7FB37497" w:rsidR="0099430E" w:rsidRDefault="0099430E" w:rsidP="0099430E">
      <w:pPr>
        <w:spacing w:after="0"/>
        <w:rPr>
          <w:sz w:val="24"/>
          <w:lang w:val="ru-RU"/>
        </w:rPr>
      </w:pPr>
      <w:r>
        <w:rPr>
          <w:sz w:val="24"/>
          <w:lang w:val="ru-RU"/>
        </w:rPr>
        <w:t>Ответ _________</w:t>
      </w:r>
    </w:p>
    <w:p w14:paraId="228CC91B" w14:textId="0E0BDB37" w:rsidR="007F5DCA" w:rsidRDefault="007F5DCA" w:rsidP="0099430E">
      <w:pPr>
        <w:spacing w:after="0"/>
        <w:rPr>
          <w:sz w:val="24"/>
          <w:lang w:val="ru-RU"/>
        </w:rPr>
      </w:pPr>
    </w:p>
    <w:p w14:paraId="77E58E9D" w14:textId="3C9D21BC" w:rsidR="007F5DCA" w:rsidRDefault="007F5DCA" w:rsidP="0099430E">
      <w:pPr>
        <w:spacing w:after="0"/>
        <w:rPr>
          <w:sz w:val="24"/>
          <w:lang w:val="ru-RU"/>
        </w:rPr>
      </w:pPr>
    </w:p>
    <w:p w14:paraId="7323F725" w14:textId="45CD3C14" w:rsidR="007F5DCA" w:rsidRDefault="007F5DCA" w:rsidP="0099430E">
      <w:pPr>
        <w:spacing w:after="0"/>
        <w:rPr>
          <w:sz w:val="24"/>
          <w:lang w:val="ru-RU"/>
        </w:rPr>
      </w:pPr>
    </w:p>
    <w:p w14:paraId="6D86ABFF" w14:textId="62814295" w:rsidR="007F5DCA" w:rsidRDefault="007F5DCA" w:rsidP="0099430E">
      <w:pPr>
        <w:spacing w:after="0"/>
        <w:rPr>
          <w:sz w:val="24"/>
          <w:lang w:val="ru-RU"/>
        </w:rPr>
      </w:pPr>
    </w:p>
    <w:p w14:paraId="13E42C2B" w14:textId="337F1F86" w:rsidR="007F5DCA" w:rsidRDefault="007F5DCA" w:rsidP="0099430E">
      <w:pPr>
        <w:spacing w:after="0"/>
        <w:rPr>
          <w:sz w:val="24"/>
          <w:lang w:val="ru-RU"/>
        </w:rPr>
      </w:pPr>
    </w:p>
    <w:p w14:paraId="2EE93079" w14:textId="42F54ECD" w:rsidR="007F5DCA" w:rsidRDefault="007F5DCA" w:rsidP="0099430E">
      <w:pPr>
        <w:spacing w:after="0"/>
        <w:rPr>
          <w:sz w:val="24"/>
          <w:lang w:val="ru-RU"/>
        </w:rPr>
      </w:pPr>
    </w:p>
    <w:p w14:paraId="57DCD4D4" w14:textId="4DDDB85C" w:rsidR="007F5DCA" w:rsidRDefault="007F5DCA" w:rsidP="0099430E">
      <w:pPr>
        <w:spacing w:after="0"/>
        <w:rPr>
          <w:sz w:val="24"/>
          <w:lang w:val="ru-RU"/>
        </w:rPr>
      </w:pPr>
    </w:p>
    <w:p w14:paraId="4DF6781D" w14:textId="036AD073" w:rsidR="007F5DCA" w:rsidRDefault="007F5DCA" w:rsidP="0099430E">
      <w:pPr>
        <w:spacing w:after="0"/>
        <w:rPr>
          <w:sz w:val="24"/>
          <w:lang w:val="ru-RU"/>
        </w:rPr>
      </w:pPr>
    </w:p>
    <w:p w14:paraId="33CB6C13" w14:textId="1DFDD365" w:rsidR="007F5DCA" w:rsidRDefault="007F5DCA" w:rsidP="0099430E">
      <w:pPr>
        <w:spacing w:after="0"/>
        <w:rPr>
          <w:sz w:val="24"/>
          <w:lang w:val="ru-RU"/>
        </w:rPr>
      </w:pPr>
    </w:p>
    <w:p w14:paraId="2DA38FE7" w14:textId="76D44BF5" w:rsidR="007F5DCA" w:rsidRDefault="007F5DCA" w:rsidP="0099430E">
      <w:pPr>
        <w:spacing w:after="0"/>
        <w:rPr>
          <w:sz w:val="24"/>
          <w:lang w:val="ru-RU"/>
        </w:rPr>
      </w:pPr>
    </w:p>
    <w:p w14:paraId="4972FB4D" w14:textId="5B1F9835" w:rsidR="007F5DCA" w:rsidRDefault="007F5DCA" w:rsidP="0099430E">
      <w:pPr>
        <w:spacing w:after="0"/>
        <w:rPr>
          <w:sz w:val="24"/>
          <w:lang w:val="ru-RU"/>
        </w:rPr>
      </w:pPr>
    </w:p>
    <w:p w14:paraId="661EFDEC" w14:textId="4E002A50" w:rsidR="007F5DCA" w:rsidRDefault="007F5DCA" w:rsidP="0099430E">
      <w:pPr>
        <w:spacing w:after="0"/>
        <w:rPr>
          <w:sz w:val="24"/>
          <w:lang w:val="ru-RU"/>
        </w:rPr>
      </w:pPr>
    </w:p>
    <w:p w14:paraId="77642842" w14:textId="58696D14" w:rsidR="007F5DCA" w:rsidRDefault="007F5DCA" w:rsidP="0099430E">
      <w:pPr>
        <w:spacing w:after="0"/>
        <w:rPr>
          <w:sz w:val="24"/>
          <w:lang w:val="ru-RU"/>
        </w:rPr>
      </w:pPr>
    </w:p>
    <w:p w14:paraId="5F8A70E7" w14:textId="5D1A498C" w:rsidR="007F5DCA" w:rsidRDefault="007F5DCA" w:rsidP="0099430E">
      <w:pPr>
        <w:spacing w:after="0"/>
        <w:rPr>
          <w:sz w:val="24"/>
          <w:lang w:val="ru-RU"/>
        </w:rPr>
      </w:pPr>
    </w:p>
    <w:p w14:paraId="548474D2" w14:textId="78828AE1" w:rsidR="007F5DCA" w:rsidRDefault="007F5DCA" w:rsidP="0099430E">
      <w:pPr>
        <w:spacing w:after="0"/>
        <w:rPr>
          <w:sz w:val="24"/>
          <w:lang w:val="ru-RU"/>
        </w:rPr>
      </w:pPr>
    </w:p>
    <w:p w14:paraId="4316DDD6" w14:textId="5F493D92" w:rsidR="007F5DCA" w:rsidRDefault="007F5DCA" w:rsidP="0099430E">
      <w:pPr>
        <w:spacing w:after="0"/>
        <w:rPr>
          <w:sz w:val="24"/>
          <w:lang w:val="ru-RU"/>
        </w:rPr>
      </w:pPr>
    </w:p>
    <w:p w14:paraId="17CBFA49" w14:textId="074D79BF" w:rsidR="007F5DCA" w:rsidRDefault="007F5DCA" w:rsidP="0099430E">
      <w:pPr>
        <w:spacing w:after="0"/>
        <w:rPr>
          <w:sz w:val="24"/>
          <w:lang w:val="ru-RU"/>
        </w:rPr>
      </w:pPr>
    </w:p>
    <w:p w14:paraId="424442D8" w14:textId="4FC5239F" w:rsidR="007F5DCA" w:rsidRDefault="007F5DCA" w:rsidP="0099430E">
      <w:pPr>
        <w:spacing w:after="0"/>
        <w:rPr>
          <w:sz w:val="24"/>
          <w:lang w:val="ru-RU"/>
        </w:rPr>
      </w:pPr>
    </w:p>
    <w:p w14:paraId="58F46BB8" w14:textId="33D54D55" w:rsidR="007F5DCA" w:rsidRDefault="007F5DCA" w:rsidP="0099430E">
      <w:pPr>
        <w:spacing w:after="0"/>
        <w:rPr>
          <w:sz w:val="24"/>
          <w:lang w:val="ru-RU"/>
        </w:rPr>
      </w:pPr>
    </w:p>
    <w:p w14:paraId="19048767" w14:textId="5DCB45DF" w:rsidR="007F5DCA" w:rsidRDefault="007F5DCA" w:rsidP="0099430E">
      <w:pPr>
        <w:spacing w:after="0"/>
        <w:rPr>
          <w:sz w:val="24"/>
          <w:lang w:val="ru-RU"/>
        </w:rPr>
      </w:pPr>
    </w:p>
    <w:p w14:paraId="5A44527A" w14:textId="0A1D03B1" w:rsidR="007F5DCA" w:rsidRDefault="007F5DCA" w:rsidP="0099430E">
      <w:pPr>
        <w:spacing w:after="0"/>
        <w:rPr>
          <w:sz w:val="24"/>
          <w:lang w:val="ru-RU"/>
        </w:rPr>
      </w:pPr>
    </w:p>
    <w:p w14:paraId="162349F6" w14:textId="62D91FBB" w:rsidR="007F5DCA" w:rsidRDefault="007F5DCA" w:rsidP="0099430E">
      <w:pPr>
        <w:spacing w:after="0"/>
        <w:rPr>
          <w:sz w:val="24"/>
          <w:lang w:val="ru-RU"/>
        </w:rPr>
      </w:pPr>
    </w:p>
    <w:p w14:paraId="3EA34012" w14:textId="17DDC50A" w:rsidR="007F5DCA" w:rsidRDefault="007F5DCA" w:rsidP="0099430E">
      <w:pPr>
        <w:spacing w:after="0"/>
        <w:rPr>
          <w:sz w:val="24"/>
          <w:lang w:val="ru-RU"/>
        </w:rPr>
      </w:pPr>
    </w:p>
    <w:p w14:paraId="31DCC396" w14:textId="7D4818BF" w:rsidR="007F5DCA" w:rsidRDefault="007F5DCA" w:rsidP="0099430E">
      <w:pPr>
        <w:spacing w:after="0"/>
        <w:rPr>
          <w:sz w:val="24"/>
          <w:lang w:val="ru-RU"/>
        </w:rPr>
      </w:pPr>
    </w:p>
    <w:p w14:paraId="51EA4D9F" w14:textId="24B0BEE1" w:rsidR="007F5DCA" w:rsidRDefault="007F5DCA" w:rsidP="0099430E">
      <w:pPr>
        <w:spacing w:after="0"/>
        <w:rPr>
          <w:sz w:val="24"/>
          <w:lang w:val="ru-RU"/>
        </w:rPr>
      </w:pPr>
    </w:p>
    <w:p w14:paraId="2B9789B8" w14:textId="6F8B125C" w:rsidR="007F5DCA" w:rsidRDefault="007F5DCA" w:rsidP="0099430E">
      <w:pPr>
        <w:spacing w:after="0"/>
        <w:rPr>
          <w:sz w:val="24"/>
          <w:lang w:val="ru-RU"/>
        </w:rPr>
      </w:pPr>
    </w:p>
    <w:p w14:paraId="454C4E4E" w14:textId="1B64DBFB" w:rsidR="007F5DCA" w:rsidRDefault="007F5DCA" w:rsidP="0099430E">
      <w:pPr>
        <w:spacing w:after="0"/>
        <w:rPr>
          <w:sz w:val="24"/>
          <w:lang w:val="ru-RU"/>
        </w:rPr>
      </w:pPr>
    </w:p>
    <w:p w14:paraId="0757F744" w14:textId="54B59F54" w:rsidR="007F5DCA" w:rsidRDefault="007F5DCA" w:rsidP="0099430E">
      <w:pPr>
        <w:spacing w:after="0"/>
        <w:rPr>
          <w:sz w:val="24"/>
          <w:lang w:val="ru-RU"/>
        </w:rPr>
      </w:pPr>
    </w:p>
    <w:p w14:paraId="56AE3920" w14:textId="74D251C5" w:rsidR="007F5DCA" w:rsidRDefault="007F5DCA" w:rsidP="0099430E">
      <w:pPr>
        <w:spacing w:after="0"/>
        <w:rPr>
          <w:sz w:val="24"/>
          <w:lang w:val="ru-RU"/>
        </w:rPr>
      </w:pPr>
    </w:p>
    <w:p w14:paraId="4397E7E7" w14:textId="35A87424" w:rsidR="007F5DCA" w:rsidRDefault="007F5DCA" w:rsidP="0099430E">
      <w:pPr>
        <w:spacing w:after="0"/>
        <w:rPr>
          <w:sz w:val="24"/>
          <w:lang w:val="ru-RU"/>
        </w:rPr>
      </w:pPr>
    </w:p>
    <w:p w14:paraId="1A7C6026" w14:textId="308147D4" w:rsidR="007F5DCA" w:rsidRDefault="007F5DCA" w:rsidP="0099430E">
      <w:pPr>
        <w:spacing w:after="0"/>
        <w:rPr>
          <w:sz w:val="24"/>
          <w:lang w:val="ru-RU"/>
        </w:rPr>
      </w:pPr>
    </w:p>
    <w:p w14:paraId="6AAD686E" w14:textId="198C2AB1" w:rsidR="007F5DCA" w:rsidRDefault="007F5DCA" w:rsidP="0099430E">
      <w:pPr>
        <w:spacing w:after="0"/>
        <w:rPr>
          <w:sz w:val="24"/>
          <w:lang w:val="ru-RU"/>
        </w:rPr>
      </w:pPr>
    </w:p>
    <w:p w14:paraId="314E7CE7" w14:textId="2B1A7107" w:rsidR="007F5DCA" w:rsidRDefault="007F5DCA" w:rsidP="0099430E">
      <w:pPr>
        <w:spacing w:after="0"/>
        <w:rPr>
          <w:sz w:val="24"/>
          <w:lang w:val="ru-RU"/>
        </w:rPr>
      </w:pPr>
    </w:p>
    <w:p w14:paraId="306EDB7B" w14:textId="27E6D188" w:rsidR="007F5DCA" w:rsidRDefault="007F5DCA" w:rsidP="0099430E">
      <w:pPr>
        <w:spacing w:after="0"/>
        <w:rPr>
          <w:sz w:val="24"/>
          <w:lang w:val="ru-RU"/>
        </w:rPr>
      </w:pPr>
    </w:p>
    <w:p w14:paraId="5D010BB2" w14:textId="0C2A9BD6" w:rsidR="007F5DCA" w:rsidRDefault="007F5DCA" w:rsidP="0099430E">
      <w:pPr>
        <w:spacing w:after="0"/>
        <w:rPr>
          <w:sz w:val="24"/>
          <w:lang w:val="ru-RU"/>
        </w:rPr>
      </w:pPr>
    </w:p>
    <w:p w14:paraId="59A910FF" w14:textId="45FDDF94" w:rsidR="007F5DCA" w:rsidRDefault="007F5DCA" w:rsidP="0099430E">
      <w:pPr>
        <w:spacing w:after="0"/>
        <w:rPr>
          <w:sz w:val="24"/>
          <w:lang w:val="ru-RU"/>
        </w:rPr>
      </w:pPr>
    </w:p>
    <w:p w14:paraId="3776FB8B" w14:textId="6A9CE7F9" w:rsidR="007F5DCA" w:rsidRDefault="007F5DCA" w:rsidP="0099430E">
      <w:pPr>
        <w:spacing w:after="0"/>
        <w:rPr>
          <w:sz w:val="24"/>
          <w:lang w:val="ru-RU"/>
        </w:rPr>
      </w:pPr>
    </w:p>
    <w:p w14:paraId="37FDD757" w14:textId="4B3671C2" w:rsidR="00C85898" w:rsidRPr="007D3FEB" w:rsidRDefault="00B91BA6" w:rsidP="007D3FEB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7D3FEB">
        <w:rPr>
          <w:rFonts w:ascii="Times New Roman" w:hAnsi="Times New Roman" w:cs="Times New Roman"/>
          <w:color w:val="000000" w:themeColor="text1"/>
          <w:lang w:val="ru-RU"/>
        </w:rPr>
        <w:lastRenderedPageBreak/>
        <w:t xml:space="preserve">Часть </w:t>
      </w:r>
      <w:r w:rsidRPr="007D3FEB">
        <w:rPr>
          <w:rFonts w:ascii="Times New Roman" w:hAnsi="Times New Roman" w:cs="Times New Roman"/>
          <w:color w:val="000000" w:themeColor="text1"/>
        </w:rPr>
        <w:t>II</w:t>
      </w:r>
      <w:r w:rsidRPr="007D3FEB">
        <w:rPr>
          <w:rFonts w:ascii="Times New Roman" w:hAnsi="Times New Roman" w:cs="Times New Roman"/>
          <w:color w:val="000000" w:themeColor="text1"/>
          <w:lang w:val="ru-RU"/>
        </w:rPr>
        <w:t>. Кейс‑задания</w:t>
      </w:r>
      <w:r w:rsidR="005A0C04">
        <w:rPr>
          <w:rFonts w:ascii="Times New Roman" w:hAnsi="Times New Roman" w:cs="Times New Roman"/>
          <w:color w:val="000000" w:themeColor="text1"/>
          <w:lang w:val="ru-RU"/>
        </w:rPr>
        <w:t>.</w:t>
      </w:r>
    </w:p>
    <w:p w14:paraId="048C3D40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t xml:space="preserve">6. Напишите скетч, который мигает внешним светодиодом на пине </w:t>
      </w:r>
      <w:r>
        <w:rPr>
          <w:sz w:val="24"/>
        </w:rPr>
        <w:t>D</w:t>
      </w:r>
      <w:r w:rsidRPr="0076440E">
        <w:rPr>
          <w:sz w:val="24"/>
          <w:lang w:val="ru-RU"/>
        </w:rPr>
        <w:t>8 с периодом 1 секунда (включён 500 мс, выключен 500 мс).</w:t>
      </w:r>
    </w:p>
    <w:p w14:paraId="5D46108E" w14:textId="26BD0DBE" w:rsidR="0076440E" w:rsidRDefault="0076440E" w:rsidP="0076440E">
      <w:pPr>
        <w:rPr>
          <w:lang w:val="ru-RU"/>
        </w:rPr>
      </w:pPr>
      <w:r>
        <w:rPr>
          <w:noProof/>
        </w:rPr>
        <w:drawing>
          <wp:inline distT="0" distB="0" distL="0" distR="0" wp14:anchorId="2F89A3E0" wp14:editId="2E91F0EB">
            <wp:extent cx="6940432" cy="33738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1.png"/>
                    <pic:cNvPicPr/>
                  </pic:nvPicPr>
                  <pic:blipFill rotWithShape="1">
                    <a:blip r:embed="rId6"/>
                    <a:srcRect b="18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029" cy="3377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50C2A" w14:textId="4B706E70" w:rsidR="007F5DCA" w:rsidRDefault="007F5DCA" w:rsidP="0076440E">
      <w:pPr>
        <w:rPr>
          <w:lang w:val="ru-RU"/>
        </w:rPr>
      </w:pPr>
    </w:p>
    <w:p w14:paraId="3349ADF5" w14:textId="2CA35FBB" w:rsidR="007F5DCA" w:rsidRDefault="007F5DCA" w:rsidP="0076440E">
      <w:pPr>
        <w:rPr>
          <w:lang w:val="ru-RU"/>
        </w:rPr>
      </w:pPr>
    </w:p>
    <w:p w14:paraId="129C469A" w14:textId="104D483B" w:rsidR="007F5DCA" w:rsidRDefault="007F5DCA" w:rsidP="0076440E">
      <w:pPr>
        <w:rPr>
          <w:lang w:val="ru-RU"/>
        </w:rPr>
      </w:pPr>
    </w:p>
    <w:p w14:paraId="7FD8C171" w14:textId="39820D3A" w:rsidR="007F5DCA" w:rsidRDefault="007F5DCA" w:rsidP="0076440E">
      <w:pPr>
        <w:rPr>
          <w:lang w:val="ru-RU"/>
        </w:rPr>
      </w:pPr>
    </w:p>
    <w:p w14:paraId="4D42499A" w14:textId="030E897E" w:rsidR="007F5DCA" w:rsidRDefault="007F5DCA" w:rsidP="0076440E">
      <w:pPr>
        <w:rPr>
          <w:lang w:val="ru-RU"/>
        </w:rPr>
      </w:pPr>
    </w:p>
    <w:p w14:paraId="5FBD5381" w14:textId="7D39668F" w:rsidR="007F5DCA" w:rsidRDefault="007F5DCA" w:rsidP="0076440E">
      <w:pPr>
        <w:rPr>
          <w:lang w:val="ru-RU"/>
        </w:rPr>
      </w:pPr>
    </w:p>
    <w:p w14:paraId="1E2085F8" w14:textId="569F8FDF" w:rsidR="007F5DCA" w:rsidRDefault="007F5DCA" w:rsidP="0076440E">
      <w:pPr>
        <w:rPr>
          <w:lang w:val="ru-RU"/>
        </w:rPr>
      </w:pPr>
    </w:p>
    <w:p w14:paraId="425F3B13" w14:textId="5A6A124E" w:rsidR="007F5DCA" w:rsidRDefault="007F5DCA" w:rsidP="0076440E">
      <w:pPr>
        <w:rPr>
          <w:lang w:val="ru-RU"/>
        </w:rPr>
      </w:pPr>
    </w:p>
    <w:p w14:paraId="324D2256" w14:textId="542B1B93" w:rsidR="007F5DCA" w:rsidRDefault="007F5DCA" w:rsidP="0076440E">
      <w:pPr>
        <w:rPr>
          <w:lang w:val="ru-RU"/>
        </w:rPr>
      </w:pPr>
    </w:p>
    <w:p w14:paraId="14CDCA8B" w14:textId="35DFFECE" w:rsidR="007F5DCA" w:rsidRDefault="007F5DCA" w:rsidP="0076440E">
      <w:pPr>
        <w:rPr>
          <w:lang w:val="ru-RU"/>
        </w:rPr>
      </w:pPr>
    </w:p>
    <w:p w14:paraId="6D3EE32D" w14:textId="209E13FC" w:rsidR="007F5DCA" w:rsidRDefault="007F5DCA" w:rsidP="0076440E">
      <w:pPr>
        <w:rPr>
          <w:lang w:val="ru-RU"/>
        </w:rPr>
      </w:pPr>
    </w:p>
    <w:p w14:paraId="6B716DE8" w14:textId="77777777" w:rsidR="007F5DCA" w:rsidRDefault="007F5DCA" w:rsidP="0076440E">
      <w:pPr>
        <w:rPr>
          <w:lang w:val="ru-RU"/>
        </w:rPr>
      </w:pPr>
    </w:p>
    <w:p w14:paraId="4B25C1EA" w14:textId="028CFEB6" w:rsidR="007F5DCA" w:rsidRDefault="007F5DCA" w:rsidP="0076440E">
      <w:pPr>
        <w:rPr>
          <w:lang w:val="ru-RU"/>
        </w:rPr>
      </w:pPr>
    </w:p>
    <w:p w14:paraId="76143147" w14:textId="77777777" w:rsidR="007F5DCA" w:rsidRPr="0076440E" w:rsidRDefault="007F5DCA" w:rsidP="0076440E">
      <w:pPr>
        <w:rPr>
          <w:lang w:val="ru-RU"/>
        </w:rPr>
      </w:pPr>
    </w:p>
    <w:p w14:paraId="63F5F877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 xml:space="preserve">7. Кнопка на </w:t>
      </w:r>
      <w:r>
        <w:rPr>
          <w:sz w:val="24"/>
        </w:rPr>
        <w:t>D</w:t>
      </w:r>
      <w:r w:rsidRPr="0076440E">
        <w:rPr>
          <w:sz w:val="24"/>
          <w:lang w:val="ru-RU"/>
        </w:rPr>
        <w:t>2 (</w:t>
      </w:r>
      <w:r>
        <w:rPr>
          <w:sz w:val="24"/>
        </w:rPr>
        <w:t>INPUT</w:t>
      </w:r>
      <w:r w:rsidRPr="0076440E">
        <w:rPr>
          <w:sz w:val="24"/>
          <w:lang w:val="ru-RU"/>
        </w:rPr>
        <w:t>_</w:t>
      </w:r>
      <w:r>
        <w:rPr>
          <w:sz w:val="24"/>
        </w:rPr>
        <w:t>PULLUP</w:t>
      </w:r>
      <w:r w:rsidRPr="0076440E">
        <w:rPr>
          <w:sz w:val="24"/>
          <w:lang w:val="ru-RU"/>
        </w:rPr>
        <w:t xml:space="preserve">) переключает состояние светодиода </w:t>
      </w:r>
      <w:r>
        <w:rPr>
          <w:sz w:val="24"/>
        </w:rPr>
        <w:t>D</w:t>
      </w:r>
      <w:r w:rsidRPr="0076440E">
        <w:rPr>
          <w:sz w:val="24"/>
          <w:lang w:val="ru-RU"/>
        </w:rPr>
        <w:t>8 (</w:t>
      </w:r>
      <w:proofErr w:type="spellStart"/>
      <w:r w:rsidRPr="0076440E">
        <w:rPr>
          <w:sz w:val="24"/>
          <w:lang w:val="ru-RU"/>
        </w:rPr>
        <w:t>вкл</w:t>
      </w:r>
      <w:proofErr w:type="spellEnd"/>
      <w:r w:rsidRPr="0076440E">
        <w:rPr>
          <w:sz w:val="24"/>
          <w:lang w:val="ru-RU"/>
        </w:rPr>
        <w:t>/</w:t>
      </w:r>
      <w:proofErr w:type="spellStart"/>
      <w:r w:rsidRPr="0076440E">
        <w:rPr>
          <w:sz w:val="24"/>
          <w:lang w:val="ru-RU"/>
        </w:rPr>
        <w:t>выкл</w:t>
      </w:r>
      <w:proofErr w:type="spellEnd"/>
      <w:r w:rsidRPr="0076440E">
        <w:rPr>
          <w:sz w:val="24"/>
          <w:lang w:val="ru-RU"/>
        </w:rPr>
        <w:t xml:space="preserve">). Добавьте </w:t>
      </w:r>
      <w:proofErr w:type="spellStart"/>
      <w:r w:rsidRPr="0076440E">
        <w:rPr>
          <w:sz w:val="24"/>
          <w:lang w:val="ru-RU"/>
        </w:rPr>
        <w:t>антидребезг</w:t>
      </w:r>
      <w:proofErr w:type="spellEnd"/>
      <w:r w:rsidRPr="0076440E">
        <w:rPr>
          <w:sz w:val="24"/>
          <w:lang w:val="ru-RU"/>
        </w:rPr>
        <w:t xml:space="preserve"> не менее 40 мс.</w:t>
      </w:r>
    </w:p>
    <w:p w14:paraId="245A762E" w14:textId="2D683AC8" w:rsidR="0076440E" w:rsidRDefault="0076440E" w:rsidP="0076440E">
      <w:pPr>
        <w:rPr>
          <w:lang w:val="ru-RU"/>
        </w:rPr>
      </w:pPr>
      <w:r>
        <w:rPr>
          <w:noProof/>
        </w:rPr>
        <w:drawing>
          <wp:inline distT="0" distB="0" distL="0" distR="0" wp14:anchorId="686A959F" wp14:editId="06A19202">
            <wp:extent cx="6893069" cy="3247696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2.png"/>
                    <pic:cNvPicPr/>
                  </pic:nvPicPr>
                  <pic:blipFill rotWithShape="1">
                    <a:blip r:embed="rId7"/>
                    <a:srcRect b="21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463" cy="32540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DB2CE" w14:textId="519DA32E" w:rsidR="0076440E" w:rsidRDefault="0076440E" w:rsidP="0076440E">
      <w:pPr>
        <w:rPr>
          <w:lang w:val="ru-RU"/>
        </w:rPr>
      </w:pPr>
    </w:p>
    <w:p w14:paraId="7422026F" w14:textId="77777777" w:rsidR="0076440E" w:rsidRDefault="0076440E" w:rsidP="0076440E">
      <w:pPr>
        <w:rPr>
          <w:lang w:val="ru-RU"/>
        </w:rPr>
      </w:pPr>
    </w:p>
    <w:p w14:paraId="202A7ABB" w14:textId="7992426E" w:rsidR="0076440E" w:rsidRDefault="0076440E" w:rsidP="0076440E">
      <w:pPr>
        <w:rPr>
          <w:lang w:val="ru-RU"/>
        </w:rPr>
      </w:pPr>
    </w:p>
    <w:p w14:paraId="7B0B7E8D" w14:textId="0302EC86" w:rsidR="007F5DCA" w:rsidRDefault="007F5DCA" w:rsidP="0076440E">
      <w:pPr>
        <w:rPr>
          <w:lang w:val="ru-RU"/>
        </w:rPr>
      </w:pPr>
    </w:p>
    <w:p w14:paraId="2238898D" w14:textId="6E01BAE4" w:rsidR="007F5DCA" w:rsidRDefault="007F5DCA" w:rsidP="0076440E">
      <w:pPr>
        <w:rPr>
          <w:lang w:val="ru-RU"/>
        </w:rPr>
      </w:pPr>
    </w:p>
    <w:p w14:paraId="536BB769" w14:textId="66681747" w:rsidR="007F5DCA" w:rsidRDefault="007F5DCA" w:rsidP="0076440E">
      <w:pPr>
        <w:rPr>
          <w:lang w:val="ru-RU"/>
        </w:rPr>
      </w:pPr>
    </w:p>
    <w:p w14:paraId="4251DA5B" w14:textId="5932AD8C" w:rsidR="007F5DCA" w:rsidRDefault="007F5DCA" w:rsidP="0076440E">
      <w:pPr>
        <w:rPr>
          <w:lang w:val="ru-RU"/>
        </w:rPr>
      </w:pPr>
    </w:p>
    <w:p w14:paraId="0838C18F" w14:textId="04663B6F" w:rsidR="007F5DCA" w:rsidRDefault="007F5DCA" w:rsidP="0076440E">
      <w:pPr>
        <w:rPr>
          <w:lang w:val="ru-RU"/>
        </w:rPr>
      </w:pPr>
    </w:p>
    <w:p w14:paraId="6102B271" w14:textId="3F847DD4" w:rsidR="007F5DCA" w:rsidRDefault="007F5DCA" w:rsidP="0076440E">
      <w:pPr>
        <w:rPr>
          <w:lang w:val="ru-RU"/>
        </w:rPr>
      </w:pPr>
    </w:p>
    <w:p w14:paraId="58DC139E" w14:textId="0DE979EE" w:rsidR="007F5DCA" w:rsidRDefault="007F5DCA" w:rsidP="0076440E">
      <w:pPr>
        <w:rPr>
          <w:lang w:val="ru-RU"/>
        </w:rPr>
      </w:pPr>
    </w:p>
    <w:p w14:paraId="50F757A8" w14:textId="3BEAAAB6" w:rsidR="007F5DCA" w:rsidRDefault="007F5DCA" w:rsidP="0076440E">
      <w:pPr>
        <w:rPr>
          <w:lang w:val="ru-RU"/>
        </w:rPr>
      </w:pPr>
    </w:p>
    <w:p w14:paraId="34A3EA6D" w14:textId="0F651711" w:rsidR="007F5DCA" w:rsidRDefault="007F5DCA" w:rsidP="0076440E">
      <w:pPr>
        <w:rPr>
          <w:lang w:val="ru-RU"/>
        </w:rPr>
      </w:pPr>
    </w:p>
    <w:p w14:paraId="343294E2" w14:textId="1386744D" w:rsidR="007F5DCA" w:rsidRDefault="007F5DCA" w:rsidP="0076440E">
      <w:pPr>
        <w:rPr>
          <w:lang w:val="ru-RU"/>
        </w:rPr>
      </w:pPr>
    </w:p>
    <w:p w14:paraId="28286B6A" w14:textId="31AD9940" w:rsidR="007F5DCA" w:rsidRDefault="007F5DCA" w:rsidP="0076440E">
      <w:pPr>
        <w:rPr>
          <w:lang w:val="ru-RU"/>
        </w:rPr>
      </w:pPr>
    </w:p>
    <w:p w14:paraId="6BDCFA9F" w14:textId="1787A5D1" w:rsidR="007F5DCA" w:rsidRDefault="007F5DCA" w:rsidP="0076440E">
      <w:pPr>
        <w:rPr>
          <w:lang w:val="ru-RU"/>
        </w:rPr>
      </w:pPr>
    </w:p>
    <w:p w14:paraId="49F106BC" w14:textId="77777777" w:rsidR="007F5DCA" w:rsidRPr="0076440E" w:rsidRDefault="007F5DCA" w:rsidP="0076440E">
      <w:pPr>
        <w:rPr>
          <w:lang w:val="ru-RU"/>
        </w:rPr>
      </w:pPr>
    </w:p>
    <w:p w14:paraId="3D748DDD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 xml:space="preserve">8. Подключён </w:t>
      </w:r>
      <w:proofErr w:type="spellStart"/>
      <w:r w:rsidRPr="0076440E">
        <w:rPr>
          <w:sz w:val="24"/>
          <w:lang w:val="ru-RU"/>
        </w:rPr>
        <w:t>пьезозуммер</w:t>
      </w:r>
      <w:proofErr w:type="spellEnd"/>
      <w:r w:rsidRPr="0076440E">
        <w:rPr>
          <w:sz w:val="24"/>
          <w:lang w:val="ru-RU"/>
        </w:rPr>
        <w:t xml:space="preserve"> к </w:t>
      </w:r>
      <w:r>
        <w:rPr>
          <w:sz w:val="24"/>
        </w:rPr>
        <w:t>D</w:t>
      </w:r>
      <w:r w:rsidRPr="0076440E">
        <w:rPr>
          <w:sz w:val="24"/>
          <w:lang w:val="ru-RU"/>
        </w:rPr>
        <w:t>9. Сыграйте три ноты (до–ми–соль), каждая по 300 мс, пауза 200 мс.</w:t>
      </w:r>
    </w:p>
    <w:p w14:paraId="3B73383E" w14:textId="77777777" w:rsidR="0076440E" w:rsidRDefault="0076440E" w:rsidP="0076440E">
      <w:r>
        <w:rPr>
          <w:noProof/>
        </w:rPr>
        <w:drawing>
          <wp:inline distT="0" distB="0" distL="0" distR="0" wp14:anchorId="42C5D9BC" wp14:editId="3B3ED524">
            <wp:extent cx="5943600" cy="35661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17E03" w14:textId="4F43D554" w:rsidR="0076440E" w:rsidRDefault="0076440E" w:rsidP="0076440E">
      <w:pPr>
        <w:rPr>
          <w:sz w:val="12"/>
          <w:lang w:val="ru-RU"/>
        </w:rPr>
      </w:pPr>
      <w:r w:rsidRPr="0076440E">
        <w:rPr>
          <w:sz w:val="12"/>
          <w:lang w:val="ru-RU"/>
        </w:rPr>
        <w:t xml:space="preserve"> </w:t>
      </w:r>
    </w:p>
    <w:p w14:paraId="785BE176" w14:textId="3E9C42E6" w:rsidR="0099430E" w:rsidRDefault="0099430E" w:rsidP="0076440E">
      <w:pPr>
        <w:rPr>
          <w:lang w:val="ru-RU"/>
        </w:rPr>
      </w:pPr>
    </w:p>
    <w:p w14:paraId="0BBF3AEA" w14:textId="4243CFD1" w:rsidR="007F5DCA" w:rsidRDefault="007F5DCA" w:rsidP="0076440E">
      <w:pPr>
        <w:rPr>
          <w:lang w:val="ru-RU"/>
        </w:rPr>
      </w:pPr>
    </w:p>
    <w:p w14:paraId="3E88503B" w14:textId="0E7AAFF8" w:rsidR="007F5DCA" w:rsidRDefault="007F5DCA" w:rsidP="0076440E">
      <w:pPr>
        <w:rPr>
          <w:lang w:val="ru-RU"/>
        </w:rPr>
      </w:pPr>
    </w:p>
    <w:p w14:paraId="13BD69FB" w14:textId="64976E17" w:rsidR="007F5DCA" w:rsidRDefault="007F5DCA" w:rsidP="0076440E">
      <w:pPr>
        <w:rPr>
          <w:lang w:val="ru-RU"/>
        </w:rPr>
      </w:pPr>
    </w:p>
    <w:p w14:paraId="20675321" w14:textId="36ECEC9C" w:rsidR="007F5DCA" w:rsidRDefault="007F5DCA" w:rsidP="0076440E">
      <w:pPr>
        <w:rPr>
          <w:lang w:val="ru-RU"/>
        </w:rPr>
      </w:pPr>
    </w:p>
    <w:p w14:paraId="3A3DEB6C" w14:textId="747D6466" w:rsidR="007F5DCA" w:rsidRDefault="007F5DCA" w:rsidP="0076440E">
      <w:pPr>
        <w:rPr>
          <w:lang w:val="ru-RU"/>
        </w:rPr>
      </w:pPr>
    </w:p>
    <w:p w14:paraId="098198EA" w14:textId="4BD40639" w:rsidR="007F5DCA" w:rsidRDefault="007F5DCA" w:rsidP="0076440E">
      <w:pPr>
        <w:rPr>
          <w:lang w:val="ru-RU"/>
        </w:rPr>
      </w:pPr>
    </w:p>
    <w:p w14:paraId="1FFFA1E9" w14:textId="2CF31C05" w:rsidR="007F5DCA" w:rsidRDefault="007F5DCA" w:rsidP="0076440E">
      <w:pPr>
        <w:rPr>
          <w:lang w:val="ru-RU"/>
        </w:rPr>
      </w:pPr>
    </w:p>
    <w:p w14:paraId="0586C463" w14:textId="1E28B1E7" w:rsidR="007F5DCA" w:rsidRDefault="007F5DCA" w:rsidP="0076440E">
      <w:pPr>
        <w:rPr>
          <w:lang w:val="ru-RU"/>
        </w:rPr>
      </w:pPr>
    </w:p>
    <w:p w14:paraId="1A3DBDA4" w14:textId="4DA1046F" w:rsidR="007F5DCA" w:rsidRDefault="007F5DCA" w:rsidP="0076440E">
      <w:pPr>
        <w:rPr>
          <w:lang w:val="ru-RU"/>
        </w:rPr>
      </w:pPr>
    </w:p>
    <w:p w14:paraId="3533F795" w14:textId="25ADE021" w:rsidR="007F5DCA" w:rsidRDefault="007F5DCA" w:rsidP="0076440E">
      <w:pPr>
        <w:rPr>
          <w:lang w:val="ru-RU"/>
        </w:rPr>
      </w:pPr>
    </w:p>
    <w:p w14:paraId="1A7C1307" w14:textId="24F2C07F" w:rsidR="007F5DCA" w:rsidRDefault="007F5DCA" w:rsidP="0076440E">
      <w:pPr>
        <w:rPr>
          <w:lang w:val="ru-RU"/>
        </w:rPr>
      </w:pPr>
    </w:p>
    <w:p w14:paraId="0FCF9085" w14:textId="28E803A0" w:rsidR="007F5DCA" w:rsidRDefault="007F5DCA" w:rsidP="0076440E">
      <w:pPr>
        <w:rPr>
          <w:lang w:val="ru-RU"/>
        </w:rPr>
      </w:pPr>
    </w:p>
    <w:p w14:paraId="67DFEBA3" w14:textId="145FB63E" w:rsidR="007F5DCA" w:rsidRDefault="007F5DCA" w:rsidP="0076440E">
      <w:pPr>
        <w:rPr>
          <w:lang w:val="ru-RU"/>
        </w:rPr>
      </w:pPr>
    </w:p>
    <w:p w14:paraId="36DF1CD3" w14:textId="77777777" w:rsidR="007F5DCA" w:rsidRPr="0076440E" w:rsidRDefault="007F5DCA" w:rsidP="0076440E">
      <w:pPr>
        <w:rPr>
          <w:lang w:val="ru-RU"/>
        </w:rPr>
      </w:pPr>
    </w:p>
    <w:p w14:paraId="418C0A9D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 xml:space="preserve">9. Подключите </w:t>
      </w:r>
      <w:r>
        <w:rPr>
          <w:sz w:val="24"/>
        </w:rPr>
        <w:t>HC</w:t>
      </w:r>
      <w:r w:rsidRPr="0076440E">
        <w:rPr>
          <w:sz w:val="24"/>
          <w:lang w:val="ru-RU"/>
        </w:rPr>
        <w:t>-</w:t>
      </w:r>
      <w:r>
        <w:rPr>
          <w:sz w:val="24"/>
        </w:rPr>
        <w:t>SR</w:t>
      </w:r>
      <w:r w:rsidRPr="0076440E">
        <w:rPr>
          <w:sz w:val="24"/>
          <w:lang w:val="ru-RU"/>
        </w:rPr>
        <w:t xml:space="preserve">04. Раз в 200 мс измеряйте расстояние. Если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 </w:t>
      </w:r>
      <w:proofErr w:type="gramStart"/>
      <w:r w:rsidRPr="0076440E">
        <w:rPr>
          <w:sz w:val="24"/>
          <w:lang w:val="ru-RU"/>
        </w:rPr>
        <w:t>&lt; 20</w:t>
      </w:r>
      <w:proofErr w:type="gramEnd"/>
      <w:r w:rsidRPr="0076440E">
        <w:rPr>
          <w:sz w:val="24"/>
          <w:lang w:val="ru-RU"/>
        </w:rPr>
        <w:t xml:space="preserve"> см, зажигайте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8 и подавайте короткий звуковой сигнал на </w:t>
      </w:r>
      <w:r>
        <w:rPr>
          <w:sz w:val="24"/>
        </w:rPr>
        <w:t>D</w:t>
      </w:r>
      <w:r w:rsidRPr="0076440E">
        <w:rPr>
          <w:sz w:val="24"/>
          <w:lang w:val="ru-RU"/>
        </w:rPr>
        <w:t>9.</w:t>
      </w:r>
    </w:p>
    <w:p w14:paraId="347FF47D" w14:textId="77777777" w:rsidR="0076440E" w:rsidRDefault="0076440E" w:rsidP="0076440E">
      <w:r>
        <w:rPr>
          <w:noProof/>
        </w:rPr>
        <w:drawing>
          <wp:inline distT="0" distB="0" distL="0" distR="0" wp14:anchorId="7483A9BB" wp14:editId="7A135B19">
            <wp:extent cx="5943600" cy="3566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335E1" w14:textId="28619C40" w:rsidR="0076440E" w:rsidRDefault="0076440E" w:rsidP="0076440E">
      <w:pPr>
        <w:rPr>
          <w:sz w:val="12"/>
          <w:lang w:val="ru-RU"/>
        </w:rPr>
      </w:pPr>
      <w:r w:rsidRPr="0076440E">
        <w:rPr>
          <w:sz w:val="12"/>
          <w:lang w:val="ru-RU"/>
        </w:rPr>
        <w:t xml:space="preserve"> </w:t>
      </w:r>
    </w:p>
    <w:p w14:paraId="43B415AC" w14:textId="6EB039D4" w:rsidR="007F5DCA" w:rsidRDefault="007F5DCA" w:rsidP="0076440E">
      <w:pPr>
        <w:rPr>
          <w:lang w:val="ru-RU"/>
        </w:rPr>
      </w:pPr>
    </w:p>
    <w:p w14:paraId="79A76BC1" w14:textId="26DDC121" w:rsidR="007F5DCA" w:rsidRDefault="007F5DCA" w:rsidP="0076440E">
      <w:pPr>
        <w:rPr>
          <w:lang w:val="ru-RU"/>
        </w:rPr>
      </w:pPr>
    </w:p>
    <w:p w14:paraId="2446C5C3" w14:textId="4A1D9B36" w:rsidR="007F5DCA" w:rsidRDefault="007F5DCA" w:rsidP="0076440E">
      <w:pPr>
        <w:rPr>
          <w:lang w:val="ru-RU"/>
        </w:rPr>
      </w:pPr>
    </w:p>
    <w:p w14:paraId="6CD84A7F" w14:textId="40AEC8D9" w:rsidR="007F5DCA" w:rsidRDefault="007F5DCA" w:rsidP="0076440E">
      <w:pPr>
        <w:rPr>
          <w:lang w:val="ru-RU"/>
        </w:rPr>
      </w:pPr>
    </w:p>
    <w:p w14:paraId="0C5BF717" w14:textId="3F22E10E" w:rsidR="007F5DCA" w:rsidRDefault="007F5DCA" w:rsidP="0076440E">
      <w:pPr>
        <w:rPr>
          <w:lang w:val="ru-RU"/>
        </w:rPr>
      </w:pPr>
    </w:p>
    <w:p w14:paraId="3820BCAA" w14:textId="5AF292C8" w:rsidR="007F5DCA" w:rsidRDefault="007F5DCA" w:rsidP="0076440E">
      <w:pPr>
        <w:rPr>
          <w:lang w:val="ru-RU"/>
        </w:rPr>
      </w:pPr>
    </w:p>
    <w:p w14:paraId="26F5F85F" w14:textId="454615B3" w:rsidR="007F5DCA" w:rsidRDefault="007F5DCA" w:rsidP="0076440E">
      <w:pPr>
        <w:rPr>
          <w:lang w:val="ru-RU"/>
        </w:rPr>
      </w:pPr>
    </w:p>
    <w:p w14:paraId="2CBB4EEB" w14:textId="28CF4D83" w:rsidR="007F5DCA" w:rsidRDefault="007F5DCA" w:rsidP="0076440E">
      <w:pPr>
        <w:rPr>
          <w:lang w:val="ru-RU"/>
        </w:rPr>
      </w:pPr>
    </w:p>
    <w:p w14:paraId="33DD60A6" w14:textId="4ED193C6" w:rsidR="007F5DCA" w:rsidRDefault="007F5DCA" w:rsidP="0076440E">
      <w:pPr>
        <w:rPr>
          <w:lang w:val="ru-RU"/>
        </w:rPr>
      </w:pPr>
    </w:p>
    <w:p w14:paraId="591EFA1B" w14:textId="146DBC39" w:rsidR="007F5DCA" w:rsidRDefault="007F5DCA" w:rsidP="0076440E">
      <w:pPr>
        <w:rPr>
          <w:lang w:val="ru-RU"/>
        </w:rPr>
      </w:pPr>
    </w:p>
    <w:p w14:paraId="50DA8516" w14:textId="6A30878A" w:rsidR="007F5DCA" w:rsidRDefault="007F5DCA" w:rsidP="0076440E">
      <w:pPr>
        <w:rPr>
          <w:lang w:val="ru-RU"/>
        </w:rPr>
      </w:pPr>
    </w:p>
    <w:p w14:paraId="62CC9E36" w14:textId="5EDE58BA" w:rsidR="007F5DCA" w:rsidRDefault="007F5DCA" w:rsidP="0076440E">
      <w:pPr>
        <w:rPr>
          <w:lang w:val="ru-RU"/>
        </w:rPr>
      </w:pPr>
    </w:p>
    <w:p w14:paraId="12FED2FB" w14:textId="54F0A0E1" w:rsidR="007F5DCA" w:rsidRDefault="007F5DCA" w:rsidP="0076440E">
      <w:pPr>
        <w:rPr>
          <w:lang w:val="ru-RU"/>
        </w:rPr>
      </w:pPr>
    </w:p>
    <w:p w14:paraId="2E58AC55" w14:textId="1AD8157E" w:rsidR="007F5DCA" w:rsidRDefault="007F5DCA" w:rsidP="0076440E">
      <w:pPr>
        <w:rPr>
          <w:lang w:val="ru-RU"/>
        </w:rPr>
      </w:pPr>
    </w:p>
    <w:p w14:paraId="6EBD49BA" w14:textId="77777777" w:rsidR="007F5DCA" w:rsidRPr="0076440E" w:rsidRDefault="007F5DCA" w:rsidP="0076440E">
      <w:pPr>
        <w:rPr>
          <w:lang w:val="ru-RU"/>
        </w:rPr>
      </w:pPr>
    </w:p>
    <w:p w14:paraId="60C6C3BD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 xml:space="preserve">10. Потенциометр на </w:t>
      </w:r>
      <w:r>
        <w:rPr>
          <w:sz w:val="24"/>
        </w:rPr>
        <w:t>A</w:t>
      </w:r>
      <w:r w:rsidRPr="0076440E">
        <w:rPr>
          <w:sz w:val="24"/>
          <w:lang w:val="ru-RU"/>
        </w:rPr>
        <w:t xml:space="preserve">0, сервопривод на </w:t>
      </w:r>
      <w:r>
        <w:rPr>
          <w:sz w:val="24"/>
        </w:rPr>
        <w:t>D</w:t>
      </w:r>
      <w:r w:rsidRPr="0076440E">
        <w:rPr>
          <w:sz w:val="24"/>
          <w:lang w:val="ru-RU"/>
        </w:rPr>
        <w:t>3. Поверните сервопривод пропорционально положению ручки (0–180°).</w:t>
      </w:r>
    </w:p>
    <w:p w14:paraId="4450230B" w14:textId="77777777" w:rsidR="0076440E" w:rsidRDefault="0076440E" w:rsidP="0076440E">
      <w:r>
        <w:rPr>
          <w:noProof/>
        </w:rPr>
        <w:drawing>
          <wp:inline distT="0" distB="0" distL="0" distR="0" wp14:anchorId="539ACB23" wp14:editId="746FDDB2">
            <wp:extent cx="5943600" cy="356616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D40BA" w14:textId="6EC2654B" w:rsidR="0076440E" w:rsidRDefault="0076440E" w:rsidP="0076440E">
      <w:pPr>
        <w:rPr>
          <w:sz w:val="12"/>
          <w:lang w:val="ru-RU"/>
        </w:rPr>
      </w:pPr>
      <w:r w:rsidRPr="0076440E">
        <w:rPr>
          <w:sz w:val="12"/>
          <w:lang w:val="ru-RU"/>
        </w:rPr>
        <w:t xml:space="preserve"> </w:t>
      </w:r>
    </w:p>
    <w:p w14:paraId="32B4F0D9" w14:textId="62887F62" w:rsidR="007F5DCA" w:rsidRDefault="007F5DCA" w:rsidP="0076440E">
      <w:pPr>
        <w:rPr>
          <w:lang w:val="ru-RU"/>
        </w:rPr>
      </w:pPr>
    </w:p>
    <w:p w14:paraId="298BC88A" w14:textId="72992C39" w:rsidR="007F5DCA" w:rsidRDefault="007F5DCA" w:rsidP="0076440E">
      <w:pPr>
        <w:rPr>
          <w:lang w:val="ru-RU"/>
        </w:rPr>
      </w:pPr>
    </w:p>
    <w:p w14:paraId="79427B98" w14:textId="068C5DD9" w:rsidR="007F5DCA" w:rsidRDefault="007F5DCA" w:rsidP="0076440E">
      <w:pPr>
        <w:rPr>
          <w:lang w:val="ru-RU"/>
        </w:rPr>
      </w:pPr>
    </w:p>
    <w:p w14:paraId="51F90966" w14:textId="59EA7767" w:rsidR="007F5DCA" w:rsidRDefault="007F5DCA" w:rsidP="0076440E">
      <w:pPr>
        <w:rPr>
          <w:lang w:val="ru-RU"/>
        </w:rPr>
      </w:pPr>
    </w:p>
    <w:p w14:paraId="12F39319" w14:textId="255ED00B" w:rsidR="007F5DCA" w:rsidRDefault="007F5DCA" w:rsidP="0076440E">
      <w:pPr>
        <w:rPr>
          <w:lang w:val="ru-RU"/>
        </w:rPr>
      </w:pPr>
    </w:p>
    <w:p w14:paraId="4160050C" w14:textId="1BAE690A" w:rsidR="007F5DCA" w:rsidRDefault="007F5DCA" w:rsidP="0076440E">
      <w:pPr>
        <w:rPr>
          <w:lang w:val="ru-RU"/>
        </w:rPr>
      </w:pPr>
    </w:p>
    <w:p w14:paraId="0D0069A5" w14:textId="63E19D94" w:rsidR="007F5DCA" w:rsidRDefault="007F5DCA" w:rsidP="0076440E">
      <w:pPr>
        <w:rPr>
          <w:lang w:val="ru-RU"/>
        </w:rPr>
      </w:pPr>
    </w:p>
    <w:p w14:paraId="61673146" w14:textId="4EDA2398" w:rsidR="007F5DCA" w:rsidRDefault="007F5DCA" w:rsidP="0076440E">
      <w:pPr>
        <w:rPr>
          <w:lang w:val="ru-RU"/>
        </w:rPr>
      </w:pPr>
    </w:p>
    <w:p w14:paraId="21945DE8" w14:textId="53E33F08" w:rsidR="007F5DCA" w:rsidRDefault="007F5DCA" w:rsidP="0076440E">
      <w:pPr>
        <w:rPr>
          <w:lang w:val="ru-RU"/>
        </w:rPr>
      </w:pPr>
    </w:p>
    <w:p w14:paraId="4FF6071F" w14:textId="2C7C1BB6" w:rsidR="007F5DCA" w:rsidRDefault="007F5DCA" w:rsidP="0076440E">
      <w:pPr>
        <w:rPr>
          <w:lang w:val="ru-RU"/>
        </w:rPr>
      </w:pPr>
    </w:p>
    <w:p w14:paraId="303FDABA" w14:textId="1CB6E199" w:rsidR="007F5DCA" w:rsidRDefault="007F5DCA" w:rsidP="0076440E">
      <w:pPr>
        <w:rPr>
          <w:lang w:val="ru-RU"/>
        </w:rPr>
      </w:pPr>
    </w:p>
    <w:p w14:paraId="2EF95DC2" w14:textId="2F8EB7A4" w:rsidR="007F5DCA" w:rsidRDefault="007F5DCA" w:rsidP="0076440E">
      <w:pPr>
        <w:rPr>
          <w:lang w:val="ru-RU"/>
        </w:rPr>
      </w:pPr>
    </w:p>
    <w:p w14:paraId="1127D217" w14:textId="3FB38915" w:rsidR="007F5DCA" w:rsidRDefault="007F5DCA" w:rsidP="0076440E">
      <w:pPr>
        <w:rPr>
          <w:lang w:val="ru-RU"/>
        </w:rPr>
      </w:pPr>
    </w:p>
    <w:p w14:paraId="659EC477" w14:textId="16E40145" w:rsidR="007F5DCA" w:rsidRDefault="007F5DCA" w:rsidP="0076440E">
      <w:pPr>
        <w:rPr>
          <w:lang w:val="ru-RU"/>
        </w:rPr>
      </w:pPr>
    </w:p>
    <w:p w14:paraId="44116718" w14:textId="6AACD1F1" w:rsidR="007F5DCA" w:rsidRDefault="007F5DCA" w:rsidP="0076440E">
      <w:pPr>
        <w:rPr>
          <w:lang w:val="ru-RU"/>
        </w:rPr>
      </w:pPr>
    </w:p>
    <w:p w14:paraId="0188F059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 xml:space="preserve">11. «Светофор»: три светодиода (красный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10, жёлтый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9, зелёный </w:t>
      </w:r>
      <w:r>
        <w:rPr>
          <w:sz w:val="24"/>
        </w:rPr>
        <w:t>D</w:t>
      </w:r>
      <w:r w:rsidRPr="0076440E">
        <w:rPr>
          <w:sz w:val="24"/>
          <w:lang w:val="ru-RU"/>
        </w:rPr>
        <w:t>8) работают по циклу: КРАСНЫЙ 5 с → ЖЁЛТЫЙ 2 с → ЗЕЛЁНЫЙ 5 с, затем повтор.</w:t>
      </w:r>
    </w:p>
    <w:p w14:paraId="7D793276" w14:textId="77777777" w:rsidR="0076440E" w:rsidRDefault="0076440E" w:rsidP="0076440E">
      <w:r>
        <w:rPr>
          <w:noProof/>
        </w:rPr>
        <w:drawing>
          <wp:inline distT="0" distB="0" distL="0" distR="0" wp14:anchorId="0298E9A8" wp14:editId="3F488C67">
            <wp:extent cx="5943600" cy="35661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1D88C" w14:textId="0B2FF81A" w:rsidR="0076440E" w:rsidRDefault="0076440E" w:rsidP="0076440E">
      <w:pPr>
        <w:rPr>
          <w:sz w:val="12"/>
          <w:lang w:val="ru-RU"/>
        </w:rPr>
      </w:pPr>
      <w:r w:rsidRPr="0076440E">
        <w:rPr>
          <w:sz w:val="12"/>
          <w:lang w:val="ru-RU"/>
        </w:rPr>
        <w:t xml:space="preserve"> </w:t>
      </w:r>
    </w:p>
    <w:p w14:paraId="4A4DB7F7" w14:textId="22976A3F" w:rsidR="007F5DCA" w:rsidRDefault="007F5DCA" w:rsidP="0076440E">
      <w:pPr>
        <w:rPr>
          <w:lang w:val="ru-RU"/>
        </w:rPr>
      </w:pPr>
    </w:p>
    <w:p w14:paraId="25D3B02E" w14:textId="451A9E84" w:rsidR="007F5DCA" w:rsidRDefault="007F5DCA" w:rsidP="0076440E">
      <w:pPr>
        <w:rPr>
          <w:lang w:val="ru-RU"/>
        </w:rPr>
      </w:pPr>
    </w:p>
    <w:p w14:paraId="29400492" w14:textId="17FC2DFB" w:rsidR="007F5DCA" w:rsidRDefault="007F5DCA" w:rsidP="0076440E">
      <w:pPr>
        <w:rPr>
          <w:lang w:val="ru-RU"/>
        </w:rPr>
      </w:pPr>
    </w:p>
    <w:p w14:paraId="407CC0F6" w14:textId="0D0381D9" w:rsidR="007F5DCA" w:rsidRDefault="007F5DCA" w:rsidP="0076440E">
      <w:pPr>
        <w:rPr>
          <w:lang w:val="ru-RU"/>
        </w:rPr>
      </w:pPr>
    </w:p>
    <w:p w14:paraId="5A992B8F" w14:textId="412902F6" w:rsidR="007F5DCA" w:rsidRDefault="007F5DCA" w:rsidP="0076440E">
      <w:pPr>
        <w:rPr>
          <w:lang w:val="ru-RU"/>
        </w:rPr>
      </w:pPr>
    </w:p>
    <w:p w14:paraId="5D63746D" w14:textId="4B766A5D" w:rsidR="007F5DCA" w:rsidRDefault="007F5DCA" w:rsidP="0076440E">
      <w:pPr>
        <w:rPr>
          <w:lang w:val="ru-RU"/>
        </w:rPr>
      </w:pPr>
    </w:p>
    <w:p w14:paraId="18DB59CA" w14:textId="3210525B" w:rsidR="007F5DCA" w:rsidRDefault="007F5DCA" w:rsidP="0076440E">
      <w:pPr>
        <w:rPr>
          <w:lang w:val="ru-RU"/>
        </w:rPr>
      </w:pPr>
    </w:p>
    <w:p w14:paraId="37343AD6" w14:textId="69C1EC0C" w:rsidR="007F5DCA" w:rsidRDefault="007F5DCA" w:rsidP="0076440E">
      <w:pPr>
        <w:rPr>
          <w:lang w:val="ru-RU"/>
        </w:rPr>
      </w:pPr>
    </w:p>
    <w:p w14:paraId="4F896D10" w14:textId="6629DD72" w:rsidR="007F5DCA" w:rsidRDefault="007F5DCA" w:rsidP="0076440E">
      <w:pPr>
        <w:rPr>
          <w:lang w:val="ru-RU"/>
        </w:rPr>
      </w:pPr>
    </w:p>
    <w:p w14:paraId="6F21480F" w14:textId="6AD66BFF" w:rsidR="007F5DCA" w:rsidRDefault="007F5DCA" w:rsidP="0076440E">
      <w:pPr>
        <w:rPr>
          <w:lang w:val="ru-RU"/>
        </w:rPr>
      </w:pPr>
    </w:p>
    <w:p w14:paraId="3EF9FBEA" w14:textId="1742179A" w:rsidR="007F5DCA" w:rsidRDefault="007F5DCA" w:rsidP="0076440E">
      <w:pPr>
        <w:rPr>
          <w:lang w:val="ru-RU"/>
        </w:rPr>
      </w:pPr>
    </w:p>
    <w:p w14:paraId="5D902F62" w14:textId="7F76A487" w:rsidR="007F5DCA" w:rsidRDefault="007F5DCA" w:rsidP="0076440E">
      <w:pPr>
        <w:rPr>
          <w:lang w:val="ru-RU"/>
        </w:rPr>
      </w:pPr>
    </w:p>
    <w:p w14:paraId="0592DEC2" w14:textId="6E787AEF" w:rsidR="007F5DCA" w:rsidRDefault="007F5DCA" w:rsidP="0076440E">
      <w:pPr>
        <w:rPr>
          <w:lang w:val="ru-RU"/>
        </w:rPr>
      </w:pPr>
    </w:p>
    <w:p w14:paraId="1F112773" w14:textId="70232DBB" w:rsidR="007F5DCA" w:rsidRDefault="007F5DCA" w:rsidP="0076440E">
      <w:pPr>
        <w:rPr>
          <w:lang w:val="ru-RU"/>
        </w:rPr>
      </w:pPr>
    </w:p>
    <w:p w14:paraId="109E5FAA" w14:textId="26C8B2A2" w:rsidR="007F5DCA" w:rsidRDefault="007F5DCA" w:rsidP="0076440E">
      <w:pPr>
        <w:rPr>
          <w:lang w:val="ru-RU"/>
        </w:rPr>
      </w:pPr>
    </w:p>
    <w:p w14:paraId="4F2D45A8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 xml:space="preserve">12. Датчик температуры/влажности </w:t>
      </w:r>
      <w:r>
        <w:rPr>
          <w:sz w:val="24"/>
        </w:rPr>
        <w:t>DHT</w:t>
      </w:r>
      <w:r w:rsidRPr="0076440E">
        <w:rPr>
          <w:sz w:val="24"/>
          <w:lang w:val="ru-RU"/>
        </w:rPr>
        <w:t xml:space="preserve">11 (пин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2). Если </w:t>
      </w:r>
      <w:proofErr w:type="gramStart"/>
      <w:r>
        <w:rPr>
          <w:sz w:val="24"/>
        </w:rPr>
        <w:t>T</w:t>
      </w:r>
      <w:r w:rsidRPr="0076440E">
        <w:rPr>
          <w:sz w:val="24"/>
          <w:lang w:val="ru-RU"/>
        </w:rPr>
        <w:t xml:space="preserve"> &gt;</w:t>
      </w:r>
      <w:proofErr w:type="gramEnd"/>
      <w:r w:rsidRPr="0076440E">
        <w:rPr>
          <w:sz w:val="24"/>
          <w:lang w:val="ru-RU"/>
        </w:rPr>
        <w:t xml:space="preserve"> 26°</w:t>
      </w:r>
      <w:r>
        <w:rPr>
          <w:sz w:val="24"/>
        </w:rPr>
        <w:t>C</w:t>
      </w:r>
      <w:r w:rsidRPr="0076440E">
        <w:rPr>
          <w:sz w:val="24"/>
          <w:lang w:val="ru-RU"/>
        </w:rPr>
        <w:t>, включайте «вентилятор» (</w:t>
      </w:r>
      <w:r>
        <w:rPr>
          <w:sz w:val="24"/>
        </w:rPr>
        <w:t>LED</w:t>
      </w:r>
      <w:r w:rsidRPr="0076440E">
        <w:rPr>
          <w:sz w:val="24"/>
          <w:lang w:val="ru-RU"/>
        </w:rPr>
        <w:t xml:space="preserve">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9, </w:t>
      </w:r>
      <w:r>
        <w:rPr>
          <w:sz w:val="24"/>
        </w:rPr>
        <w:t>PWM</w:t>
      </w:r>
      <w:r w:rsidRPr="0076440E">
        <w:rPr>
          <w:sz w:val="24"/>
          <w:lang w:val="ru-RU"/>
        </w:rPr>
        <w:t xml:space="preserve">≈200), иначе — выключайте. Выводите показания в </w:t>
      </w:r>
      <w:r>
        <w:rPr>
          <w:sz w:val="24"/>
        </w:rPr>
        <w:t>Serial</w:t>
      </w:r>
      <w:r w:rsidRPr="0076440E">
        <w:rPr>
          <w:sz w:val="24"/>
          <w:lang w:val="ru-RU"/>
        </w:rPr>
        <w:t>.</w:t>
      </w:r>
    </w:p>
    <w:p w14:paraId="16D60CDC" w14:textId="77777777" w:rsidR="0076440E" w:rsidRDefault="0076440E" w:rsidP="0076440E">
      <w:r>
        <w:rPr>
          <w:noProof/>
        </w:rPr>
        <w:drawing>
          <wp:inline distT="0" distB="0" distL="0" distR="0" wp14:anchorId="5D3F1200" wp14:editId="57A27EE3">
            <wp:extent cx="5943600" cy="356616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80AB2" w14:textId="22B21F5D" w:rsidR="0076440E" w:rsidRDefault="0076440E" w:rsidP="0076440E">
      <w:pPr>
        <w:rPr>
          <w:sz w:val="12"/>
          <w:lang w:val="ru-RU"/>
        </w:rPr>
      </w:pPr>
      <w:r w:rsidRPr="0099430E">
        <w:rPr>
          <w:sz w:val="12"/>
          <w:lang w:val="ru-RU"/>
        </w:rPr>
        <w:t xml:space="preserve"> </w:t>
      </w:r>
    </w:p>
    <w:p w14:paraId="2669F373" w14:textId="49AD5340" w:rsidR="007F5DCA" w:rsidRDefault="007F5DCA" w:rsidP="0076440E">
      <w:pPr>
        <w:rPr>
          <w:lang w:val="ru-RU"/>
        </w:rPr>
      </w:pPr>
    </w:p>
    <w:p w14:paraId="195F9B3D" w14:textId="03D3369A" w:rsidR="007F5DCA" w:rsidRDefault="007F5DCA" w:rsidP="0076440E">
      <w:pPr>
        <w:rPr>
          <w:lang w:val="ru-RU"/>
        </w:rPr>
      </w:pPr>
    </w:p>
    <w:p w14:paraId="58E25157" w14:textId="7D575490" w:rsidR="007F5DCA" w:rsidRDefault="007F5DCA" w:rsidP="0076440E">
      <w:pPr>
        <w:rPr>
          <w:lang w:val="ru-RU"/>
        </w:rPr>
      </w:pPr>
    </w:p>
    <w:p w14:paraId="1A540FFA" w14:textId="25F5A072" w:rsidR="007F5DCA" w:rsidRDefault="007F5DCA" w:rsidP="0076440E">
      <w:pPr>
        <w:rPr>
          <w:lang w:val="ru-RU"/>
        </w:rPr>
      </w:pPr>
    </w:p>
    <w:p w14:paraId="5B18F8D9" w14:textId="680F88F4" w:rsidR="007F5DCA" w:rsidRDefault="007F5DCA" w:rsidP="0076440E">
      <w:pPr>
        <w:rPr>
          <w:lang w:val="ru-RU"/>
        </w:rPr>
      </w:pPr>
    </w:p>
    <w:p w14:paraId="3705D69A" w14:textId="7606A33D" w:rsidR="007F5DCA" w:rsidRDefault="007F5DCA" w:rsidP="0076440E">
      <w:pPr>
        <w:rPr>
          <w:lang w:val="ru-RU"/>
        </w:rPr>
      </w:pPr>
    </w:p>
    <w:p w14:paraId="77B15E6E" w14:textId="6A80AB27" w:rsidR="007F5DCA" w:rsidRDefault="007F5DCA" w:rsidP="0076440E">
      <w:pPr>
        <w:rPr>
          <w:lang w:val="ru-RU"/>
        </w:rPr>
      </w:pPr>
    </w:p>
    <w:p w14:paraId="6532E77C" w14:textId="6CE76499" w:rsidR="007F5DCA" w:rsidRDefault="007F5DCA" w:rsidP="0076440E">
      <w:pPr>
        <w:rPr>
          <w:lang w:val="ru-RU"/>
        </w:rPr>
      </w:pPr>
    </w:p>
    <w:p w14:paraId="040B38A6" w14:textId="3D88DD8B" w:rsidR="007F5DCA" w:rsidRDefault="007F5DCA" w:rsidP="0076440E">
      <w:pPr>
        <w:rPr>
          <w:lang w:val="ru-RU"/>
        </w:rPr>
      </w:pPr>
    </w:p>
    <w:p w14:paraId="46A801E6" w14:textId="365DBDAE" w:rsidR="007F5DCA" w:rsidRDefault="007F5DCA" w:rsidP="0076440E">
      <w:pPr>
        <w:rPr>
          <w:lang w:val="ru-RU"/>
        </w:rPr>
      </w:pPr>
    </w:p>
    <w:p w14:paraId="45428FFB" w14:textId="259A6CDF" w:rsidR="007F5DCA" w:rsidRDefault="007F5DCA" w:rsidP="0076440E">
      <w:pPr>
        <w:rPr>
          <w:lang w:val="ru-RU"/>
        </w:rPr>
      </w:pPr>
    </w:p>
    <w:p w14:paraId="304F74F0" w14:textId="7345F16D" w:rsidR="007F5DCA" w:rsidRDefault="007F5DCA" w:rsidP="0076440E">
      <w:pPr>
        <w:rPr>
          <w:lang w:val="ru-RU"/>
        </w:rPr>
      </w:pPr>
    </w:p>
    <w:p w14:paraId="5D4BE56C" w14:textId="43AD3FC5" w:rsidR="007F5DCA" w:rsidRDefault="007F5DCA" w:rsidP="0076440E">
      <w:pPr>
        <w:rPr>
          <w:lang w:val="ru-RU"/>
        </w:rPr>
      </w:pPr>
    </w:p>
    <w:p w14:paraId="687432BE" w14:textId="77777777" w:rsidR="007F5DCA" w:rsidRPr="0099430E" w:rsidRDefault="007F5DCA" w:rsidP="0076440E">
      <w:pPr>
        <w:rPr>
          <w:lang w:val="ru-RU"/>
        </w:rPr>
      </w:pPr>
    </w:p>
    <w:p w14:paraId="2B7F200A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>13. Два датчика линии (</w:t>
      </w:r>
      <w:r>
        <w:rPr>
          <w:sz w:val="24"/>
        </w:rPr>
        <w:t>LEFT</w:t>
      </w:r>
      <w:r w:rsidRPr="0076440E">
        <w:rPr>
          <w:sz w:val="24"/>
          <w:lang w:val="ru-RU"/>
        </w:rPr>
        <w:t>=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6, </w:t>
      </w:r>
      <w:r>
        <w:rPr>
          <w:sz w:val="24"/>
        </w:rPr>
        <w:t>RIGHT</w:t>
      </w:r>
      <w:r w:rsidRPr="0076440E">
        <w:rPr>
          <w:sz w:val="24"/>
          <w:lang w:val="ru-RU"/>
        </w:rPr>
        <w:t>=</w:t>
      </w:r>
      <w:r>
        <w:rPr>
          <w:sz w:val="24"/>
        </w:rPr>
        <w:t>D</w:t>
      </w:r>
      <w:r w:rsidRPr="0076440E">
        <w:rPr>
          <w:sz w:val="24"/>
          <w:lang w:val="ru-RU"/>
        </w:rPr>
        <w:t>7, чёрное=</w:t>
      </w:r>
      <w:r>
        <w:rPr>
          <w:sz w:val="24"/>
        </w:rPr>
        <w:t>LOW</w:t>
      </w:r>
      <w:r w:rsidRPr="0076440E">
        <w:rPr>
          <w:sz w:val="24"/>
          <w:lang w:val="ru-RU"/>
        </w:rPr>
        <w:t xml:space="preserve">). Управляйте драйвером </w:t>
      </w:r>
      <w:r>
        <w:rPr>
          <w:sz w:val="24"/>
        </w:rPr>
        <w:t>L</w:t>
      </w:r>
      <w:r w:rsidRPr="0076440E">
        <w:rPr>
          <w:sz w:val="24"/>
          <w:lang w:val="ru-RU"/>
        </w:rPr>
        <w:t>298</w:t>
      </w:r>
      <w:r>
        <w:rPr>
          <w:sz w:val="24"/>
        </w:rPr>
        <w:t>N</w:t>
      </w:r>
      <w:r w:rsidRPr="0076440E">
        <w:rPr>
          <w:sz w:val="24"/>
          <w:lang w:val="ru-RU"/>
        </w:rPr>
        <w:t xml:space="preserve"> так, чтобы робот следовал чёрной линии: если линия слева — поворот влево, справа — вправо, иначе — вперёд.</w:t>
      </w:r>
    </w:p>
    <w:p w14:paraId="46FCDD26" w14:textId="77777777" w:rsidR="0076440E" w:rsidRDefault="0076440E" w:rsidP="0076440E">
      <w:r>
        <w:rPr>
          <w:noProof/>
        </w:rPr>
        <w:drawing>
          <wp:inline distT="0" distB="0" distL="0" distR="0" wp14:anchorId="0FEAB218" wp14:editId="39BEFE36">
            <wp:extent cx="5943600" cy="356616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CD983" w14:textId="4CCB9C7B" w:rsidR="0076440E" w:rsidRDefault="0076440E" w:rsidP="0076440E">
      <w:pPr>
        <w:rPr>
          <w:sz w:val="12"/>
          <w:lang w:val="ru-RU"/>
        </w:rPr>
      </w:pPr>
      <w:r w:rsidRPr="0076440E">
        <w:rPr>
          <w:sz w:val="12"/>
          <w:lang w:val="ru-RU"/>
        </w:rPr>
        <w:t xml:space="preserve"> </w:t>
      </w:r>
    </w:p>
    <w:p w14:paraId="3A3F0562" w14:textId="1EBE4D41" w:rsidR="007F5DCA" w:rsidRDefault="007F5DCA" w:rsidP="0076440E">
      <w:pPr>
        <w:rPr>
          <w:lang w:val="ru-RU"/>
        </w:rPr>
      </w:pPr>
    </w:p>
    <w:p w14:paraId="05A6897D" w14:textId="60F52FD7" w:rsidR="007F5DCA" w:rsidRDefault="007F5DCA" w:rsidP="0076440E">
      <w:pPr>
        <w:rPr>
          <w:lang w:val="ru-RU"/>
        </w:rPr>
      </w:pPr>
    </w:p>
    <w:p w14:paraId="3939241F" w14:textId="602B8B02" w:rsidR="007F5DCA" w:rsidRDefault="007F5DCA" w:rsidP="0076440E">
      <w:pPr>
        <w:rPr>
          <w:lang w:val="ru-RU"/>
        </w:rPr>
      </w:pPr>
    </w:p>
    <w:p w14:paraId="0180AC17" w14:textId="40569219" w:rsidR="007F5DCA" w:rsidRDefault="007F5DCA" w:rsidP="0076440E">
      <w:pPr>
        <w:rPr>
          <w:lang w:val="ru-RU"/>
        </w:rPr>
      </w:pPr>
    </w:p>
    <w:p w14:paraId="542F9536" w14:textId="407C0C8A" w:rsidR="007F5DCA" w:rsidRDefault="007F5DCA" w:rsidP="0076440E">
      <w:pPr>
        <w:rPr>
          <w:lang w:val="ru-RU"/>
        </w:rPr>
      </w:pPr>
    </w:p>
    <w:p w14:paraId="71F9CE64" w14:textId="176FBE61" w:rsidR="007F5DCA" w:rsidRDefault="007F5DCA" w:rsidP="0076440E">
      <w:pPr>
        <w:rPr>
          <w:lang w:val="ru-RU"/>
        </w:rPr>
      </w:pPr>
    </w:p>
    <w:p w14:paraId="34E74005" w14:textId="268FBCCF" w:rsidR="007F5DCA" w:rsidRDefault="007F5DCA" w:rsidP="0076440E">
      <w:pPr>
        <w:rPr>
          <w:lang w:val="ru-RU"/>
        </w:rPr>
      </w:pPr>
    </w:p>
    <w:p w14:paraId="734B257E" w14:textId="24EA39E0" w:rsidR="007F5DCA" w:rsidRDefault="007F5DCA" w:rsidP="0076440E">
      <w:pPr>
        <w:rPr>
          <w:lang w:val="ru-RU"/>
        </w:rPr>
      </w:pPr>
    </w:p>
    <w:p w14:paraId="48BB1DD1" w14:textId="4D73B3CA" w:rsidR="007F5DCA" w:rsidRDefault="007F5DCA" w:rsidP="0076440E">
      <w:pPr>
        <w:rPr>
          <w:lang w:val="ru-RU"/>
        </w:rPr>
      </w:pPr>
    </w:p>
    <w:p w14:paraId="6AC5368E" w14:textId="2ACACE30" w:rsidR="007F5DCA" w:rsidRDefault="007F5DCA" w:rsidP="0076440E">
      <w:pPr>
        <w:rPr>
          <w:lang w:val="ru-RU"/>
        </w:rPr>
      </w:pPr>
    </w:p>
    <w:p w14:paraId="4154D0CB" w14:textId="6DDACEEA" w:rsidR="007F5DCA" w:rsidRDefault="007F5DCA" w:rsidP="0076440E">
      <w:pPr>
        <w:rPr>
          <w:lang w:val="ru-RU"/>
        </w:rPr>
      </w:pPr>
    </w:p>
    <w:p w14:paraId="7E40D8AC" w14:textId="18C52D75" w:rsidR="007F5DCA" w:rsidRDefault="007F5DCA" w:rsidP="0076440E">
      <w:pPr>
        <w:rPr>
          <w:lang w:val="ru-RU"/>
        </w:rPr>
      </w:pPr>
    </w:p>
    <w:p w14:paraId="5F6D956D" w14:textId="0A0A7215" w:rsidR="007F5DCA" w:rsidRDefault="007F5DCA" w:rsidP="0076440E">
      <w:pPr>
        <w:rPr>
          <w:lang w:val="ru-RU"/>
        </w:rPr>
      </w:pPr>
    </w:p>
    <w:p w14:paraId="4DC7504B" w14:textId="77777777" w:rsidR="007F5DCA" w:rsidRPr="0076440E" w:rsidRDefault="007F5DCA" w:rsidP="0076440E">
      <w:pPr>
        <w:rPr>
          <w:lang w:val="ru-RU"/>
        </w:rPr>
      </w:pPr>
    </w:p>
    <w:p w14:paraId="00F16736" w14:textId="77777777" w:rsidR="0076440E" w:rsidRPr="0076440E" w:rsidRDefault="0076440E" w:rsidP="0076440E">
      <w:pPr>
        <w:rPr>
          <w:lang w:val="ru-RU"/>
        </w:rPr>
      </w:pPr>
      <w:r w:rsidRPr="0076440E">
        <w:rPr>
          <w:sz w:val="24"/>
          <w:lang w:val="ru-RU"/>
        </w:rPr>
        <w:lastRenderedPageBreak/>
        <w:t xml:space="preserve">14. Фоторезистор (делитель на </w:t>
      </w:r>
      <w:r>
        <w:rPr>
          <w:sz w:val="24"/>
        </w:rPr>
        <w:t>A</w:t>
      </w:r>
      <w:r w:rsidRPr="0076440E">
        <w:rPr>
          <w:sz w:val="24"/>
          <w:lang w:val="ru-RU"/>
        </w:rPr>
        <w:t xml:space="preserve">0) управляет яркостью светодиода </w:t>
      </w:r>
      <w:r>
        <w:rPr>
          <w:sz w:val="24"/>
        </w:rPr>
        <w:t>D</w:t>
      </w:r>
      <w:r w:rsidRPr="0076440E">
        <w:rPr>
          <w:sz w:val="24"/>
          <w:lang w:val="ru-RU"/>
        </w:rPr>
        <w:t xml:space="preserve">9 через </w:t>
      </w:r>
      <w:r>
        <w:rPr>
          <w:sz w:val="24"/>
        </w:rPr>
        <w:t>PWM</w:t>
      </w:r>
      <w:r w:rsidRPr="0076440E">
        <w:rPr>
          <w:sz w:val="24"/>
          <w:lang w:val="ru-RU"/>
        </w:rPr>
        <w:t xml:space="preserve">: чем ярче свет, тем меньше яркость </w:t>
      </w:r>
      <w:r>
        <w:rPr>
          <w:sz w:val="24"/>
        </w:rPr>
        <w:t>LED</w:t>
      </w:r>
      <w:r w:rsidRPr="0076440E">
        <w:rPr>
          <w:sz w:val="24"/>
          <w:lang w:val="ru-RU"/>
        </w:rPr>
        <w:t xml:space="preserve"> (инвертированная зависимость).</w:t>
      </w:r>
    </w:p>
    <w:p w14:paraId="48113664" w14:textId="77777777" w:rsidR="0076440E" w:rsidRDefault="0076440E" w:rsidP="0076440E">
      <w:r>
        <w:rPr>
          <w:noProof/>
        </w:rPr>
        <w:drawing>
          <wp:inline distT="0" distB="0" distL="0" distR="0" wp14:anchorId="6F2B3FFF" wp14:editId="6943066E">
            <wp:extent cx="5943600" cy="35661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087E0" w14:textId="72601DB7" w:rsidR="0076440E" w:rsidRDefault="0076440E" w:rsidP="0076440E">
      <w:pPr>
        <w:rPr>
          <w:sz w:val="12"/>
          <w:lang w:val="ru-RU"/>
        </w:rPr>
      </w:pPr>
      <w:r w:rsidRPr="0076440E">
        <w:rPr>
          <w:sz w:val="12"/>
          <w:lang w:val="ru-RU"/>
        </w:rPr>
        <w:t xml:space="preserve"> </w:t>
      </w:r>
    </w:p>
    <w:p w14:paraId="6C60F8D4" w14:textId="5F36C6E3" w:rsidR="007F5DCA" w:rsidRDefault="007F5DCA" w:rsidP="0076440E">
      <w:pPr>
        <w:rPr>
          <w:lang w:val="ru-RU"/>
        </w:rPr>
      </w:pPr>
    </w:p>
    <w:p w14:paraId="5378E5A1" w14:textId="600E324B" w:rsidR="007F5DCA" w:rsidRDefault="007F5DCA" w:rsidP="0076440E">
      <w:pPr>
        <w:rPr>
          <w:lang w:val="ru-RU"/>
        </w:rPr>
      </w:pPr>
    </w:p>
    <w:p w14:paraId="1BAC5B2A" w14:textId="3E320DA9" w:rsidR="007F5DCA" w:rsidRDefault="007F5DCA" w:rsidP="0076440E">
      <w:pPr>
        <w:rPr>
          <w:lang w:val="ru-RU"/>
        </w:rPr>
      </w:pPr>
    </w:p>
    <w:p w14:paraId="2142D71A" w14:textId="1C42B798" w:rsidR="007F5DCA" w:rsidRDefault="007F5DCA" w:rsidP="0076440E">
      <w:pPr>
        <w:rPr>
          <w:lang w:val="ru-RU"/>
        </w:rPr>
      </w:pPr>
    </w:p>
    <w:p w14:paraId="468A1012" w14:textId="399751D0" w:rsidR="007F5DCA" w:rsidRDefault="007F5DCA" w:rsidP="0076440E">
      <w:pPr>
        <w:rPr>
          <w:lang w:val="ru-RU"/>
        </w:rPr>
      </w:pPr>
    </w:p>
    <w:p w14:paraId="7D2A7924" w14:textId="61765F73" w:rsidR="007F5DCA" w:rsidRDefault="007F5DCA" w:rsidP="0076440E">
      <w:pPr>
        <w:rPr>
          <w:lang w:val="ru-RU"/>
        </w:rPr>
      </w:pPr>
    </w:p>
    <w:p w14:paraId="1538A4E8" w14:textId="391B21DD" w:rsidR="007F5DCA" w:rsidRDefault="007F5DCA" w:rsidP="0076440E">
      <w:pPr>
        <w:rPr>
          <w:lang w:val="ru-RU"/>
        </w:rPr>
      </w:pPr>
    </w:p>
    <w:p w14:paraId="60EEDCFF" w14:textId="46A107F1" w:rsidR="007F5DCA" w:rsidRDefault="007F5DCA" w:rsidP="0076440E">
      <w:pPr>
        <w:rPr>
          <w:lang w:val="ru-RU"/>
        </w:rPr>
      </w:pPr>
    </w:p>
    <w:p w14:paraId="2ABA7235" w14:textId="4DBC23EF" w:rsidR="007F5DCA" w:rsidRDefault="007F5DCA" w:rsidP="0076440E">
      <w:pPr>
        <w:rPr>
          <w:lang w:val="ru-RU"/>
        </w:rPr>
      </w:pPr>
    </w:p>
    <w:p w14:paraId="45BB6902" w14:textId="41B83BC2" w:rsidR="007F5DCA" w:rsidRDefault="007F5DCA" w:rsidP="0076440E">
      <w:pPr>
        <w:rPr>
          <w:lang w:val="ru-RU"/>
        </w:rPr>
      </w:pPr>
    </w:p>
    <w:p w14:paraId="53D946A2" w14:textId="5177A7CA" w:rsidR="007F5DCA" w:rsidRDefault="007F5DCA" w:rsidP="0076440E">
      <w:pPr>
        <w:rPr>
          <w:lang w:val="ru-RU"/>
        </w:rPr>
      </w:pPr>
    </w:p>
    <w:p w14:paraId="766CE2A5" w14:textId="4A3FD438" w:rsidR="007F5DCA" w:rsidRDefault="007F5DCA" w:rsidP="0076440E">
      <w:pPr>
        <w:rPr>
          <w:lang w:val="ru-RU"/>
        </w:rPr>
      </w:pPr>
    </w:p>
    <w:p w14:paraId="0DBD40FD" w14:textId="3072D8D1" w:rsidR="007F5DCA" w:rsidRDefault="007F5DCA" w:rsidP="0076440E">
      <w:pPr>
        <w:rPr>
          <w:lang w:val="ru-RU"/>
        </w:rPr>
      </w:pPr>
    </w:p>
    <w:p w14:paraId="40F49887" w14:textId="028C3B47" w:rsidR="007F5DCA" w:rsidRDefault="007F5DCA" w:rsidP="0076440E">
      <w:pPr>
        <w:rPr>
          <w:lang w:val="ru-RU"/>
        </w:rPr>
      </w:pPr>
    </w:p>
    <w:p w14:paraId="58CACA2A" w14:textId="76BA9003" w:rsidR="007F5DCA" w:rsidRDefault="007F5DCA" w:rsidP="0076440E">
      <w:pPr>
        <w:rPr>
          <w:lang w:val="ru-RU"/>
        </w:rPr>
      </w:pPr>
    </w:p>
    <w:p w14:paraId="2D4970BF" w14:textId="77777777" w:rsidR="0076440E" w:rsidRDefault="0076440E" w:rsidP="0076440E">
      <w:bookmarkStart w:id="0" w:name="_GoBack"/>
      <w:bookmarkEnd w:id="0"/>
      <w:r w:rsidRPr="0076440E">
        <w:rPr>
          <w:sz w:val="24"/>
          <w:lang w:val="ru-RU"/>
        </w:rPr>
        <w:lastRenderedPageBreak/>
        <w:t xml:space="preserve">15. «Шлагбаум»: по нажатию кнопки </w:t>
      </w:r>
      <w:r>
        <w:rPr>
          <w:sz w:val="24"/>
        </w:rPr>
        <w:t>D</w:t>
      </w:r>
      <w:r w:rsidRPr="0076440E">
        <w:rPr>
          <w:sz w:val="24"/>
          <w:lang w:val="ru-RU"/>
        </w:rPr>
        <w:t>2 (</w:t>
      </w:r>
      <w:r>
        <w:rPr>
          <w:sz w:val="24"/>
        </w:rPr>
        <w:t>INPUT</w:t>
      </w:r>
      <w:r w:rsidRPr="0076440E">
        <w:rPr>
          <w:sz w:val="24"/>
          <w:lang w:val="ru-RU"/>
        </w:rPr>
        <w:t>_</w:t>
      </w:r>
      <w:r>
        <w:rPr>
          <w:sz w:val="24"/>
        </w:rPr>
        <w:t>PULLUP</w:t>
      </w:r>
      <w:r w:rsidRPr="0076440E">
        <w:rPr>
          <w:sz w:val="24"/>
          <w:lang w:val="ru-RU"/>
        </w:rPr>
        <w:t xml:space="preserve">) сервопривод открывается на 90°, удерживается 3 секунды и закрывается. </w:t>
      </w:r>
      <w:proofErr w:type="spellStart"/>
      <w:r>
        <w:rPr>
          <w:sz w:val="24"/>
        </w:rPr>
        <w:t>Добавьте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антидребезг</w:t>
      </w:r>
      <w:proofErr w:type="spellEnd"/>
      <w:r>
        <w:rPr>
          <w:sz w:val="24"/>
        </w:rPr>
        <w:t>.</w:t>
      </w:r>
    </w:p>
    <w:p w14:paraId="3681F2D8" w14:textId="7600E7DD" w:rsidR="00C85898" w:rsidRPr="007D3FEB" w:rsidRDefault="0076440E" w:rsidP="0076440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B5AA046" wp14:editId="6EC37000">
            <wp:extent cx="5943600" cy="35661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bot78_case_1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5898" w:rsidRPr="007D3FEB" w:rsidSect="007D3F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4CF5"/>
    <w:rsid w:val="005A0C04"/>
    <w:rsid w:val="00744401"/>
    <w:rsid w:val="0076440E"/>
    <w:rsid w:val="007D3FEB"/>
    <w:rsid w:val="007F5DCA"/>
    <w:rsid w:val="0099430E"/>
    <w:rsid w:val="00AA1D8D"/>
    <w:rsid w:val="00B47730"/>
    <w:rsid w:val="00B91BA6"/>
    <w:rsid w:val="00C85898"/>
    <w:rsid w:val="00CB0664"/>
    <w:rsid w:val="00DC65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61DA9"/>
  <w14:defaultImageDpi w14:val="300"/>
  <w15:docId w15:val="{5212D5CF-77E9-43E7-8A6A-6F26A272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BEB1ED-14C9-4128-90D2-4E29CB825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445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User-057</cp:lastModifiedBy>
  <cp:revision>5</cp:revision>
  <dcterms:created xsi:type="dcterms:W3CDTF">2025-10-16T07:31:00Z</dcterms:created>
  <dcterms:modified xsi:type="dcterms:W3CDTF">2025-11-05T14:42:00Z</dcterms:modified>
  <cp:category/>
</cp:coreProperties>
</file>