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2627D" w14:textId="24315CBB" w:rsidR="009C493A" w:rsidRPr="00C31E47" w:rsidRDefault="00000000" w:rsidP="00C31E47">
      <w:pPr>
        <w:jc w:val="center"/>
        <w:rPr>
          <w:lang w:val="ru-RU"/>
        </w:rPr>
      </w:pPr>
      <w:r>
        <w:rPr>
          <w:b/>
          <w:sz w:val="36"/>
        </w:rPr>
        <w:t xml:space="preserve">Ответы и ключи </w:t>
      </w:r>
      <w:r w:rsidR="00C31E47">
        <w:rPr>
          <w:b/>
          <w:sz w:val="36"/>
          <w:lang w:val="ru-RU"/>
        </w:rPr>
        <w:t>(9-11 класс)</w:t>
      </w:r>
    </w:p>
    <w:tbl>
      <w:tblPr>
        <w:tblStyle w:val="aff0"/>
        <w:tblW w:w="9209" w:type="dxa"/>
        <w:tblLook w:val="04A0" w:firstRow="1" w:lastRow="0" w:firstColumn="1" w:lastColumn="0" w:noHBand="0" w:noVBand="1"/>
      </w:tblPr>
      <w:tblGrid>
        <w:gridCol w:w="1242"/>
        <w:gridCol w:w="4423"/>
        <w:gridCol w:w="3544"/>
      </w:tblGrid>
      <w:tr w:rsidR="00876D1F" w:rsidRPr="00C31E47" w14:paraId="6BD13C53" w14:textId="7B0BAE84" w:rsidTr="00876D1F">
        <w:tc>
          <w:tcPr>
            <w:tcW w:w="1242" w:type="dxa"/>
          </w:tcPr>
          <w:p w14:paraId="11D91254" w14:textId="77777777" w:rsidR="00876D1F" w:rsidRPr="00C31E47" w:rsidRDefault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C31E47">
              <w:rPr>
                <w:rFonts w:ascii="Times New Roman" w:hAnsi="Times New Roman" w:cs="Times New Roman"/>
              </w:rPr>
              <w:t>вопроса</w:t>
            </w:r>
            <w:proofErr w:type="spellEnd"/>
          </w:p>
        </w:tc>
        <w:tc>
          <w:tcPr>
            <w:tcW w:w="4423" w:type="dxa"/>
          </w:tcPr>
          <w:p w14:paraId="4FA0EDD7" w14:textId="77777777" w:rsidR="00876D1F" w:rsidRPr="00C31E47" w:rsidRDefault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Ответ / ключ</w:t>
            </w:r>
          </w:p>
        </w:tc>
        <w:tc>
          <w:tcPr>
            <w:tcW w:w="3544" w:type="dxa"/>
          </w:tcPr>
          <w:p w14:paraId="0A33020E" w14:textId="55525D3D" w:rsidR="00876D1F" w:rsidRPr="00876D1F" w:rsidRDefault="00876D1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Баллы</w:t>
            </w:r>
          </w:p>
        </w:tc>
      </w:tr>
      <w:tr w:rsidR="00876D1F" w:rsidRPr="00C31E47" w14:paraId="1574911D" w14:textId="61E28F8D" w:rsidTr="00876D1F">
        <w:tc>
          <w:tcPr>
            <w:tcW w:w="1242" w:type="dxa"/>
          </w:tcPr>
          <w:p w14:paraId="55043995" w14:textId="77777777" w:rsidR="00876D1F" w:rsidRPr="00C31E47" w:rsidRDefault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23" w:type="dxa"/>
          </w:tcPr>
          <w:p w14:paraId="1E21E5AB" w14:textId="77777777" w:rsidR="00876D1F" w:rsidRPr="00C31E47" w:rsidRDefault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3544" w:type="dxa"/>
          </w:tcPr>
          <w:p w14:paraId="4BAA0477" w14:textId="53CFCD71" w:rsidR="00876D1F" w:rsidRPr="00876D1F" w:rsidRDefault="00876D1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876D1F" w:rsidRPr="00C31E47" w14:paraId="65EEAC73" w14:textId="547A26D1" w:rsidTr="00876D1F">
        <w:tc>
          <w:tcPr>
            <w:tcW w:w="1242" w:type="dxa"/>
          </w:tcPr>
          <w:p w14:paraId="33EFBDA8" w14:textId="77777777" w:rsidR="00876D1F" w:rsidRPr="00C31E47" w:rsidRDefault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23" w:type="dxa"/>
          </w:tcPr>
          <w:p w14:paraId="0F4BB1BF" w14:textId="77777777" w:rsidR="00876D1F" w:rsidRPr="00C31E47" w:rsidRDefault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544" w:type="dxa"/>
          </w:tcPr>
          <w:p w14:paraId="6D2FF4BE" w14:textId="6609518C" w:rsidR="00876D1F" w:rsidRPr="00876D1F" w:rsidRDefault="00876D1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876D1F" w:rsidRPr="00C31E47" w14:paraId="09F6A4FC" w14:textId="63CD0E8A" w:rsidTr="00876D1F">
        <w:tc>
          <w:tcPr>
            <w:tcW w:w="1242" w:type="dxa"/>
          </w:tcPr>
          <w:p w14:paraId="105A9D3C" w14:textId="77777777" w:rsidR="00876D1F" w:rsidRPr="00C31E47" w:rsidRDefault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23" w:type="dxa"/>
          </w:tcPr>
          <w:p w14:paraId="7F4EB805" w14:textId="77777777" w:rsidR="00876D1F" w:rsidRPr="00C31E47" w:rsidRDefault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544" w:type="dxa"/>
          </w:tcPr>
          <w:p w14:paraId="4CB3A52A" w14:textId="0E8A5E79" w:rsidR="00876D1F" w:rsidRPr="00876D1F" w:rsidRDefault="00876D1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876D1F" w:rsidRPr="00C31E47" w14:paraId="71734EC6" w14:textId="22D41EB7" w:rsidTr="00876D1F">
        <w:tc>
          <w:tcPr>
            <w:tcW w:w="1242" w:type="dxa"/>
          </w:tcPr>
          <w:p w14:paraId="5624131D" w14:textId="77777777" w:rsidR="00876D1F" w:rsidRPr="00C31E47" w:rsidRDefault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23" w:type="dxa"/>
          </w:tcPr>
          <w:p w14:paraId="40FE28E2" w14:textId="77777777" w:rsidR="00876D1F" w:rsidRPr="00C31E47" w:rsidRDefault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3544" w:type="dxa"/>
          </w:tcPr>
          <w:p w14:paraId="3EAB1FE2" w14:textId="6D571009" w:rsidR="00876D1F" w:rsidRPr="00876D1F" w:rsidRDefault="00876D1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876D1F" w:rsidRPr="00C31E47" w14:paraId="240ACB88" w14:textId="45F2ECEE" w:rsidTr="00876D1F">
        <w:tc>
          <w:tcPr>
            <w:tcW w:w="1242" w:type="dxa"/>
          </w:tcPr>
          <w:p w14:paraId="6FA1F89D" w14:textId="77777777" w:rsidR="00876D1F" w:rsidRPr="00C31E47" w:rsidRDefault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23" w:type="dxa"/>
          </w:tcPr>
          <w:p w14:paraId="33CB9473" w14:textId="77777777" w:rsidR="00876D1F" w:rsidRPr="00C31E47" w:rsidRDefault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544" w:type="dxa"/>
          </w:tcPr>
          <w:p w14:paraId="13783969" w14:textId="400F1F6F" w:rsidR="00876D1F" w:rsidRPr="00876D1F" w:rsidRDefault="00876D1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</w:tr>
      <w:tr w:rsidR="00876D1F" w:rsidRPr="00876D1F" w14:paraId="5D960591" w14:textId="063F278C" w:rsidTr="00876D1F">
        <w:tc>
          <w:tcPr>
            <w:tcW w:w="1242" w:type="dxa"/>
          </w:tcPr>
          <w:p w14:paraId="4D2EEC62" w14:textId="77777777" w:rsidR="00876D1F" w:rsidRPr="00C31E47" w:rsidRDefault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23" w:type="dxa"/>
          </w:tcPr>
          <w:p w14:paraId="1C2F4C7D" w14:textId="77777777" w:rsidR="00876D1F" w:rsidRPr="00C31E47" w:rsidRDefault="00876D1F">
            <w:pPr>
              <w:rPr>
                <w:rFonts w:ascii="Times New Roman" w:hAnsi="Times New Roman" w:cs="Times New Roman"/>
                <w:lang w:val="ru-RU"/>
              </w:rPr>
            </w:pPr>
            <w:r w:rsidRPr="00C31E47">
              <w:rPr>
                <w:rFonts w:ascii="Times New Roman" w:hAnsi="Times New Roman" w:cs="Times New Roman"/>
                <w:lang w:val="ru-RU"/>
              </w:rPr>
              <w:t>Код ПИД‑</w:t>
            </w:r>
            <w:proofErr w:type="spellStart"/>
            <w:r w:rsidRPr="00C31E47">
              <w:rPr>
                <w:rFonts w:ascii="Times New Roman" w:hAnsi="Times New Roman" w:cs="Times New Roman"/>
                <w:lang w:val="ru-RU"/>
              </w:rPr>
              <w:t>линейщика</w:t>
            </w:r>
            <w:proofErr w:type="spellEnd"/>
            <w:r w:rsidRPr="00C31E47">
              <w:rPr>
                <w:rFonts w:ascii="Times New Roman" w:hAnsi="Times New Roman" w:cs="Times New Roman"/>
                <w:lang w:val="ru-RU"/>
              </w:rPr>
              <w:t>: позиция −</w:t>
            </w:r>
            <w:proofErr w:type="gramStart"/>
            <w:r w:rsidRPr="00C31E47">
              <w:rPr>
                <w:rFonts w:ascii="Times New Roman" w:hAnsi="Times New Roman" w:cs="Times New Roman"/>
                <w:lang w:val="ru-RU"/>
              </w:rPr>
              <w:t>2..</w:t>
            </w:r>
            <w:proofErr w:type="gramEnd"/>
            <w:r w:rsidRPr="00C31E47">
              <w:rPr>
                <w:rFonts w:ascii="Times New Roman" w:hAnsi="Times New Roman" w:cs="Times New Roman"/>
                <w:lang w:val="ru-RU"/>
              </w:rPr>
              <w:t xml:space="preserve">+2; </w:t>
            </w:r>
            <w:r w:rsidRPr="00C31E47">
              <w:rPr>
                <w:rFonts w:ascii="Times New Roman" w:hAnsi="Times New Roman" w:cs="Times New Roman"/>
              </w:rPr>
              <w:t>U</w:t>
            </w:r>
            <w:r w:rsidRPr="00C31E47">
              <w:rPr>
                <w:rFonts w:ascii="Times New Roman" w:hAnsi="Times New Roman" w:cs="Times New Roman"/>
                <w:lang w:val="ru-RU"/>
              </w:rPr>
              <w:t>=</w:t>
            </w:r>
            <w:proofErr w:type="spellStart"/>
            <w:r w:rsidRPr="00C31E47">
              <w:rPr>
                <w:rFonts w:ascii="Times New Roman" w:hAnsi="Times New Roman" w:cs="Times New Roman"/>
              </w:rPr>
              <w:t>Kp</w:t>
            </w:r>
            <w:proofErr w:type="spellEnd"/>
            <w:r w:rsidRPr="00C31E47">
              <w:rPr>
                <w:rFonts w:ascii="Times New Roman" w:hAnsi="Times New Roman" w:cs="Times New Roman"/>
                <w:lang w:val="ru-RU"/>
              </w:rPr>
              <w:t>*</w:t>
            </w:r>
            <w:r w:rsidRPr="00C31E47">
              <w:rPr>
                <w:rFonts w:ascii="Times New Roman" w:hAnsi="Times New Roman" w:cs="Times New Roman"/>
              </w:rPr>
              <w:t>e</w:t>
            </w:r>
            <w:r w:rsidRPr="00C31E47">
              <w:rPr>
                <w:rFonts w:ascii="Times New Roman" w:hAnsi="Times New Roman" w:cs="Times New Roman"/>
                <w:lang w:val="ru-RU"/>
              </w:rPr>
              <w:t>+</w:t>
            </w:r>
            <w:r w:rsidRPr="00C31E47">
              <w:rPr>
                <w:rFonts w:ascii="Times New Roman" w:hAnsi="Times New Roman" w:cs="Times New Roman"/>
              </w:rPr>
              <w:t>Ki</w:t>
            </w:r>
            <w:r w:rsidRPr="00C31E47">
              <w:rPr>
                <w:rFonts w:ascii="Times New Roman" w:hAnsi="Times New Roman" w:cs="Times New Roman"/>
                <w:lang w:val="ru-RU"/>
              </w:rPr>
              <w:t>*∑</w:t>
            </w:r>
            <w:r w:rsidRPr="00C31E47">
              <w:rPr>
                <w:rFonts w:ascii="Times New Roman" w:hAnsi="Times New Roman" w:cs="Times New Roman"/>
              </w:rPr>
              <w:t>e</w:t>
            </w:r>
            <w:r w:rsidRPr="00C31E47">
              <w:rPr>
                <w:rFonts w:ascii="Times New Roman" w:hAnsi="Times New Roman" w:cs="Times New Roman"/>
                <w:lang w:val="ru-RU"/>
              </w:rPr>
              <w:t>*</w:t>
            </w:r>
            <w:r w:rsidRPr="00C31E47">
              <w:rPr>
                <w:rFonts w:ascii="Times New Roman" w:hAnsi="Times New Roman" w:cs="Times New Roman"/>
              </w:rPr>
              <w:t>dt</w:t>
            </w:r>
            <w:r w:rsidRPr="00C31E47">
              <w:rPr>
                <w:rFonts w:ascii="Times New Roman" w:hAnsi="Times New Roman" w:cs="Times New Roman"/>
                <w:lang w:val="ru-RU"/>
              </w:rPr>
              <w:t>+</w:t>
            </w:r>
            <w:proofErr w:type="spellStart"/>
            <w:r w:rsidRPr="00C31E47">
              <w:rPr>
                <w:rFonts w:ascii="Times New Roman" w:hAnsi="Times New Roman" w:cs="Times New Roman"/>
              </w:rPr>
              <w:t>Kd</w:t>
            </w:r>
            <w:proofErr w:type="spellEnd"/>
            <w:r w:rsidRPr="00C31E47">
              <w:rPr>
                <w:rFonts w:ascii="Times New Roman" w:hAnsi="Times New Roman" w:cs="Times New Roman"/>
                <w:lang w:val="ru-RU"/>
              </w:rPr>
              <w:t>*</w:t>
            </w:r>
            <w:r w:rsidRPr="00C31E47">
              <w:rPr>
                <w:rFonts w:ascii="Times New Roman" w:hAnsi="Times New Roman" w:cs="Times New Roman"/>
              </w:rPr>
              <w:t>de</w:t>
            </w:r>
            <w:r w:rsidRPr="00C31E47">
              <w:rPr>
                <w:rFonts w:ascii="Times New Roman" w:hAnsi="Times New Roman" w:cs="Times New Roman"/>
                <w:lang w:val="ru-RU"/>
              </w:rPr>
              <w:t>/</w:t>
            </w:r>
            <w:r w:rsidRPr="00C31E47">
              <w:rPr>
                <w:rFonts w:ascii="Times New Roman" w:hAnsi="Times New Roman" w:cs="Times New Roman"/>
              </w:rPr>
              <w:t>dt</w:t>
            </w:r>
            <w:r w:rsidRPr="00C31E47">
              <w:rPr>
                <w:rFonts w:ascii="Times New Roman" w:hAnsi="Times New Roman" w:cs="Times New Roman"/>
                <w:lang w:val="ru-RU"/>
              </w:rPr>
              <w:t>; ШИМ моторов с насыщением.</w:t>
            </w:r>
          </w:p>
        </w:tc>
        <w:tc>
          <w:tcPr>
            <w:tcW w:w="3544" w:type="dxa"/>
          </w:tcPr>
          <w:p w14:paraId="3FDCD464" w14:textId="58320814" w:rsidR="00876D1F" w:rsidRPr="00C31E47" w:rsidRDefault="00876D1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0-3</w:t>
            </w:r>
          </w:p>
        </w:tc>
      </w:tr>
      <w:tr w:rsidR="00876D1F" w:rsidRPr="00C31E47" w14:paraId="158B8BA4" w14:textId="15CCD274" w:rsidTr="00876D1F">
        <w:tc>
          <w:tcPr>
            <w:tcW w:w="1242" w:type="dxa"/>
          </w:tcPr>
          <w:p w14:paraId="5F606151" w14:textId="77777777" w:rsidR="00876D1F" w:rsidRPr="00C31E47" w:rsidRDefault="00876D1F" w:rsidP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23" w:type="dxa"/>
          </w:tcPr>
          <w:p w14:paraId="0F8251DF" w14:textId="77777777" w:rsidR="00876D1F" w:rsidRPr="00C31E47" w:rsidRDefault="00876D1F" w:rsidP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R≈-0.450 м; Δθ≈-4.000 рад.</w:t>
            </w:r>
          </w:p>
        </w:tc>
        <w:tc>
          <w:tcPr>
            <w:tcW w:w="3544" w:type="dxa"/>
          </w:tcPr>
          <w:p w14:paraId="6DB2629C" w14:textId="650E7FA5" w:rsidR="00876D1F" w:rsidRPr="00C31E47" w:rsidRDefault="00876D1F" w:rsidP="00876D1F">
            <w:pPr>
              <w:rPr>
                <w:rFonts w:ascii="Times New Roman" w:hAnsi="Times New Roman" w:cs="Times New Roman"/>
              </w:rPr>
            </w:pPr>
            <w:r w:rsidRPr="007C3482">
              <w:rPr>
                <w:rFonts w:ascii="Times New Roman" w:hAnsi="Times New Roman" w:cs="Times New Roman"/>
                <w:lang w:val="ru-RU"/>
              </w:rPr>
              <w:t>0-3</w:t>
            </w:r>
          </w:p>
        </w:tc>
      </w:tr>
      <w:tr w:rsidR="00876D1F" w:rsidRPr="00C31E47" w14:paraId="21803D73" w14:textId="6F7DFCE5" w:rsidTr="00876D1F">
        <w:tc>
          <w:tcPr>
            <w:tcW w:w="1242" w:type="dxa"/>
          </w:tcPr>
          <w:p w14:paraId="2578CBD3" w14:textId="77777777" w:rsidR="00876D1F" w:rsidRPr="00C31E47" w:rsidRDefault="00876D1F" w:rsidP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423" w:type="dxa"/>
          </w:tcPr>
          <w:p w14:paraId="26302ECD" w14:textId="77777777" w:rsidR="00876D1F" w:rsidRPr="00C31E47" w:rsidRDefault="00876D1F" w:rsidP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sL≈1.885 м, sR≈2.304 м; ds≈2.094 м; dφ≈1.396 рад; (x≈1.477 м, y≈1.240 м).</w:t>
            </w:r>
          </w:p>
        </w:tc>
        <w:tc>
          <w:tcPr>
            <w:tcW w:w="3544" w:type="dxa"/>
          </w:tcPr>
          <w:p w14:paraId="4F5BD1B4" w14:textId="7843B98D" w:rsidR="00876D1F" w:rsidRPr="00C31E47" w:rsidRDefault="00876D1F" w:rsidP="00876D1F">
            <w:pPr>
              <w:rPr>
                <w:rFonts w:ascii="Times New Roman" w:hAnsi="Times New Roman" w:cs="Times New Roman"/>
              </w:rPr>
            </w:pPr>
            <w:r w:rsidRPr="007C3482">
              <w:rPr>
                <w:rFonts w:ascii="Times New Roman" w:hAnsi="Times New Roman" w:cs="Times New Roman"/>
                <w:lang w:val="ru-RU"/>
              </w:rPr>
              <w:t>0-3</w:t>
            </w:r>
          </w:p>
        </w:tc>
      </w:tr>
      <w:tr w:rsidR="00876D1F" w:rsidRPr="00C31E47" w14:paraId="31E3B7C3" w14:textId="1088D19E" w:rsidTr="00876D1F">
        <w:tc>
          <w:tcPr>
            <w:tcW w:w="1242" w:type="dxa"/>
          </w:tcPr>
          <w:p w14:paraId="4FC2297C" w14:textId="77777777" w:rsidR="00876D1F" w:rsidRPr="00C31E47" w:rsidRDefault="00876D1F" w:rsidP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423" w:type="dxa"/>
          </w:tcPr>
          <w:p w14:paraId="66BE698A" w14:textId="77777777" w:rsidR="00876D1F" w:rsidRPr="00C31E47" w:rsidRDefault="00876D1F" w:rsidP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(x≈0.187 м, y≈0.206 м).</w:t>
            </w:r>
          </w:p>
        </w:tc>
        <w:tc>
          <w:tcPr>
            <w:tcW w:w="3544" w:type="dxa"/>
          </w:tcPr>
          <w:p w14:paraId="6BDE4B19" w14:textId="5932438B" w:rsidR="00876D1F" w:rsidRPr="00C31E47" w:rsidRDefault="00876D1F" w:rsidP="00876D1F">
            <w:pPr>
              <w:rPr>
                <w:rFonts w:ascii="Times New Roman" w:hAnsi="Times New Roman" w:cs="Times New Roman"/>
              </w:rPr>
            </w:pPr>
            <w:r w:rsidRPr="007C3482">
              <w:rPr>
                <w:rFonts w:ascii="Times New Roman" w:hAnsi="Times New Roman" w:cs="Times New Roman"/>
                <w:lang w:val="ru-RU"/>
              </w:rPr>
              <w:t>0-3</w:t>
            </w:r>
          </w:p>
        </w:tc>
      </w:tr>
      <w:tr w:rsidR="00876D1F" w:rsidRPr="00C31E47" w14:paraId="46EA41A9" w14:textId="49F400D5" w:rsidTr="00876D1F">
        <w:tc>
          <w:tcPr>
            <w:tcW w:w="1242" w:type="dxa"/>
          </w:tcPr>
          <w:p w14:paraId="080D8B82" w14:textId="77777777" w:rsidR="00876D1F" w:rsidRPr="00C31E47" w:rsidRDefault="00876D1F" w:rsidP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423" w:type="dxa"/>
          </w:tcPr>
          <w:p w14:paraId="0AADC1A3" w14:textId="77777777" w:rsidR="00876D1F" w:rsidRPr="00C31E47" w:rsidRDefault="00876D1F" w:rsidP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Кнопка (INPUT_PULLUP); при нажатии: ENA≈153 (60%), IN1=1, IN2=0; отпущена: IN1=0, IN2=0 (торможение).</w:t>
            </w:r>
          </w:p>
        </w:tc>
        <w:tc>
          <w:tcPr>
            <w:tcW w:w="3544" w:type="dxa"/>
          </w:tcPr>
          <w:p w14:paraId="30D0C3DF" w14:textId="785605EE" w:rsidR="00876D1F" w:rsidRPr="00C31E47" w:rsidRDefault="00876D1F" w:rsidP="00876D1F">
            <w:pPr>
              <w:rPr>
                <w:rFonts w:ascii="Times New Roman" w:hAnsi="Times New Roman" w:cs="Times New Roman"/>
              </w:rPr>
            </w:pPr>
            <w:r w:rsidRPr="007C3482">
              <w:rPr>
                <w:rFonts w:ascii="Times New Roman" w:hAnsi="Times New Roman" w:cs="Times New Roman"/>
                <w:lang w:val="ru-RU"/>
              </w:rPr>
              <w:t>0-3</w:t>
            </w:r>
          </w:p>
        </w:tc>
      </w:tr>
      <w:tr w:rsidR="00876D1F" w:rsidRPr="00876D1F" w14:paraId="0CA252CF" w14:textId="53F70958" w:rsidTr="00876D1F">
        <w:tc>
          <w:tcPr>
            <w:tcW w:w="1242" w:type="dxa"/>
          </w:tcPr>
          <w:p w14:paraId="23E5DA1F" w14:textId="77777777" w:rsidR="00876D1F" w:rsidRPr="00C31E47" w:rsidRDefault="00876D1F" w:rsidP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423" w:type="dxa"/>
          </w:tcPr>
          <w:p w14:paraId="43ED960D" w14:textId="77777777" w:rsidR="00876D1F" w:rsidRPr="00C31E47" w:rsidRDefault="00876D1F" w:rsidP="00876D1F">
            <w:pPr>
              <w:rPr>
                <w:rFonts w:ascii="Times New Roman" w:hAnsi="Times New Roman" w:cs="Times New Roman"/>
                <w:lang w:val="ru-RU"/>
              </w:rPr>
            </w:pPr>
            <w:r w:rsidRPr="00C31E47">
              <w:rPr>
                <w:rFonts w:ascii="Times New Roman" w:hAnsi="Times New Roman" w:cs="Times New Roman"/>
                <w:lang w:val="ru-RU"/>
              </w:rPr>
              <w:t xml:space="preserve">Медиана из 5 измерений </w:t>
            </w:r>
            <w:r w:rsidRPr="00C31E47">
              <w:rPr>
                <w:rFonts w:ascii="Times New Roman" w:hAnsi="Times New Roman" w:cs="Times New Roman"/>
              </w:rPr>
              <w:t>HC</w:t>
            </w:r>
            <w:r w:rsidRPr="00C31E47">
              <w:rPr>
                <w:rFonts w:ascii="Times New Roman" w:hAnsi="Times New Roman" w:cs="Times New Roman"/>
                <w:lang w:val="ru-RU"/>
              </w:rPr>
              <w:t>‑</w:t>
            </w:r>
            <w:r w:rsidRPr="00C31E47">
              <w:rPr>
                <w:rFonts w:ascii="Times New Roman" w:hAnsi="Times New Roman" w:cs="Times New Roman"/>
              </w:rPr>
              <w:t>SR</w:t>
            </w:r>
            <w:r w:rsidRPr="00C31E47">
              <w:rPr>
                <w:rFonts w:ascii="Times New Roman" w:hAnsi="Times New Roman" w:cs="Times New Roman"/>
                <w:lang w:val="ru-RU"/>
              </w:rPr>
              <w:t xml:space="preserve">04; </w:t>
            </w:r>
            <w:proofErr w:type="spellStart"/>
            <w:r w:rsidRPr="00C31E47">
              <w:rPr>
                <w:rFonts w:ascii="Times New Roman" w:hAnsi="Times New Roman" w:cs="Times New Roman"/>
              </w:rPr>
              <w:t>pulseIn</w:t>
            </w:r>
            <w:proofErr w:type="spellEnd"/>
            <w:r w:rsidRPr="00C31E47">
              <w:rPr>
                <w:rFonts w:ascii="Times New Roman" w:hAnsi="Times New Roman" w:cs="Times New Roman"/>
                <w:lang w:val="ru-RU"/>
              </w:rPr>
              <w:t xml:space="preserve"> с таймаутом 30 мс; период 200 мс.</w:t>
            </w:r>
          </w:p>
        </w:tc>
        <w:tc>
          <w:tcPr>
            <w:tcW w:w="3544" w:type="dxa"/>
          </w:tcPr>
          <w:p w14:paraId="472E4BCF" w14:textId="172E84E2" w:rsidR="00876D1F" w:rsidRPr="00C31E47" w:rsidRDefault="00876D1F" w:rsidP="00876D1F">
            <w:pPr>
              <w:rPr>
                <w:rFonts w:ascii="Times New Roman" w:hAnsi="Times New Roman" w:cs="Times New Roman"/>
                <w:lang w:val="ru-RU"/>
              </w:rPr>
            </w:pPr>
            <w:r w:rsidRPr="007C3482">
              <w:rPr>
                <w:rFonts w:ascii="Times New Roman" w:hAnsi="Times New Roman" w:cs="Times New Roman"/>
                <w:lang w:val="ru-RU"/>
              </w:rPr>
              <w:t>0-3</w:t>
            </w:r>
          </w:p>
        </w:tc>
      </w:tr>
      <w:tr w:rsidR="00876D1F" w:rsidRPr="00876D1F" w14:paraId="7F13A6B7" w14:textId="561F320B" w:rsidTr="00876D1F">
        <w:tc>
          <w:tcPr>
            <w:tcW w:w="1242" w:type="dxa"/>
          </w:tcPr>
          <w:p w14:paraId="4A4F79C2" w14:textId="77777777" w:rsidR="00876D1F" w:rsidRPr="00C31E47" w:rsidRDefault="00876D1F" w:rsidP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423" w:type="dxa"/>
          </w:tcPr>
          <w:p w14:paraId="65FEE7E8" w14:textId="77777777" w:rsidR="00876D1F" w:rsidRPr="00C31E47" w:rsidRDefault="00876D1F" w:rsidP="00876D1F">
            <w:pPr>
              <w:rPr>
                <w:rFonts w:ascii="Times New Roman" w:hAnsi="Times New Roman" w:cs="Times New Roman"/>
                <w:lang w:val="ru-RU"/>
              </w:rPr>
            </w:pPr>
            <w:r w:rsidRPr="00C31E47">
              <w:rPr>
                <w:rFonts w:ascii="Times New Roman" w:hAnsi="Times New Roman" w:cs="Times New Roman"/>
                <w:lang w:val="ru-RU"/>
              </w:rPr>
              <w:t xml:space="preserve">Перебор 5 цветов по нажатию (с </w:t>
            </w:r>
            <w:proofErr w:type="spellStart"/>
            <w:r w:rsidRPr="00C31E47">
              <w:rPr>
                <w:rFonts w:ascii="Times New Roman" w:hAnsi="Times New Roman" w:cs="Times New Roman"/>
                <w:lang w:val="ru-RU"/>
              </w:rPr>
              <w:t>антидребезгом</w:t>
            </w:r>
            <w:proofErr w:type="spellEnd"/>
            <w:r w:rsidRPr="00C31E47">
              <w:rPr>
                <w:rFonts w:ascii="Times New Roman" w:hAnsi="Times New Roman" w:cs="Times New Roman"/>
                <w:lang w:val="ru-RU"/>
              </w:rPr>
              <w:t>), обновление ленты на всех 50 диодах.</w:t>
            </w:r>
          </w:p>
        </w:tc>
        <w:tc>
          <w:tcPr>
            <w:tcW w:w="3544" w:type="dxa"/>
          </w:tcPr>
          <w:p w14:paraId="05CFB4C7" w14:textId="6EAC8AAB" w:rsidR="00876D1F" w:rsidRPr="00C31E47" w:rsidRDefault="00876D1F" w:rsidP="00876D1F">
            <w:pPr>
              <w:rPr>
                <w:rFonts w:ascii="Times New Roman" w:hAnsi="Times New Roman" w:cs="Times New Roman"/>
                <w:lang w:val="ru-RU"/>
              </w:rPr>
            </w:pPr>
            <w:r w:rsidRPr="007C3482">
              <w:rPr>
                <w:rFonts w:ascii="Times New Roman" w:hAnsi="Times New Roman" w:cs="Times New Roman"/>
                <w:lang w:val="ru-RU"/>
              </w:rPr>
              <w:t>0-3</w:t>
            </w:r>
          </w:p>
        </w:tc>
      </w:tr>
      <w:tr w:rsidR="00876D1F" w:rsidRPr="00C31E47" w14:paraId="23FEC12C" w14:textId="0C56F589" w:rsidTr="00876D1F">
        <w:tc>
          <w:tcPr>
            <w:tcW w:w="1242" w:type="dxa"/>
          </w:tcPr>
          <w:p w14:paraId="2FEFA8DA" w14:textId="77777777" w:rsidR="00876D1F" w:rsidRPr="00C31E47" w:rsidRDefault="00876D1F" w:rsidP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423" w:type="dxa"/>
          </w:tcPr>
          <w:p w14:paraId="182D7C1A" w14:textId="77777777" w:rsidR="00876D1F" w:rsidRPr="00C31E47" w:rsidRDefault="00876D1F" w:rsidP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2^6 = 64 позиции (6 бит кода).</w:t>
            </w:r>
          </w:p>
        </w:tc>
        <w:tc>
          <w:tcPr>
            <w:tcW w:w="3544" w:type="dxa"/>
          </w:tcPr>
          <w:p w14:paraId="7F1647EE" w14:textId="6C50C7A4" w:rsidR="00876D1F" w:rsidRPr="00C31E47" w:rsidRDefault="00876D1F" w:rsidP="00876D1F">
            <w:pPr>
              <w:rPr>
                <w:rFonts w:ascii="Times New Roman" w:hAnsi="Times New Roman" w:cs="Times New Roman"/>
              </w:rPr>
            </w:pPr>
            <w:r w:rsidRPr="007C3482">
              <w:rPr>
                <w:rFonts w:ascii="Times New Roman" w:hAnsi="Times New Roman" w:cs="Times New Roman"/>
                <w:lang w:val="ru-RU"/>
              </w:rPr>
              <w:t>0-3</w:t>
            </w:r>
          </w:p>
        </w:tc>
      </w:tr>
      <w:tr w:rsidR="00876D1F" w:rsidRPr="00876D1F" w14:paraId="54E4F0CD" w14:textId="14D27A63" w:rsidTr="00876D1F">
        <w:tc>
          <w:tcPr>
            <w:tcW w:w="1242" w:type="dxa"/>
          </w:tcPr>
          <w:p w14:paraId="7F4572A6" w14:textId="77777777" w:rsidR="00876D1F" w:rsidRPr="00C31E47" w:rsidRDefault="00876D1F" w:rsidP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423" w:type="dxa"/>
          </w:tcPr>
          <w:p w14:paraId="264C36F4" w14:textId="77777777" w:rsidR="00876D1F" w:rsidRPr="00C31E47" w:rsidRDefault="00876D1F" w:rsidP="00876D1F">
            <w:pPr>
              <w:rPr>
                <w:rFonts w:ascii="Times New Roman" w:hAnsi="Times New Roman" w:cs="Times New Roman"/>
                <w:lang w:val="ru-RU"/>
              </w:rPr>
            </w:pPr>
            <w:r w:rsidRPr="00C31E47">
              <w:rPr>
                <w:rFonts w:ascii="Times New Roman" w:hAnsi="Times New Roman" w:cs="Times New Roman"/>
                <w:lang w:val="ru-RU"/>
              </w:rPr>
              <w:t xml:space="preserve">Общий </w:t>
            </w:r>
            <w:proofErr w:type="spellStart"/>
            <w:r w:rsidRPr="00C31E47">
              <w:rPr>
                <w:rFonts w:ascii="Times New Roman" w:hAnsi="Times New Roman" w:cs="Times New Roman"/>
              </w:rPr>
              <w:t>i</w:t>
            </w:r>
            <w:proofErr w:type="spellEnd"/>
            <w:r w:rsidRPr="00C31E47">
              <w:rPr>
                <w:rFonts w:ascii="Times New Roman" w:hAnsi="Times New Roman" w:cs="Times New Roman"/>
                <w:lang w:val="ru-RU"/>
              </w:rPr>
              <w:t>=36; выходные обороты за 90 с: 0.500 об.</w:t>
            </w:r>
          </w:p>
        </w:tc>
        <w:tc>
          <w:tcPr>
            <w:tcW w:w="3544" w:type="dxa"/>
          </w:tcPr>
          <w:p w14:paraId="69ADE46E" w14:textId="7207D2CA" w:rsidR="00876D1F" w:rsidRPr="00C31E47" w:rsidRDefault="00876D1F" w:rsidP="00876D1F">
            <w:pPr>
              <w:rPr>
                <w:rFonts w:ascii="Times New Roman" w:hAnsi="Times New Roman" w:cs="Times New Roman"/>
                <w:lang w:val="ru-RU"/>
              </w:rPr>
            </w:pPr>
            <w:r w:rsidRPr="007C3482">
              <w:rPr>
                <w:rFonts w:ascii="Times New Roman" w:hAnsi="Times New Roman" w:cs="Times New Roman"/>
                <w:lang w:val="ru-RU"/>
              </w:rPr>
              <w:t>0-3</w:t>
            </w:r>
          </w:p>
        </w:tc>
      </w:tr>
      <w:tr w:rsidR="00876D1F" w:rsidRPr="00876D1F" w14:paraId="1C747E01" w14:textId="4F214034" w:rsidTr="00876D1F">
        <w:tc>
          <w:tcPr>
            <w:tcW w:w="1242" w:type="dxa"/>
          </w:tcPr>
          <w:p w14:paraId="6DF6D138" w14:textId="77777777" w:rsidR="00876D1F" w:rsidRPr="00C31E47" w:rsidRDefault="00876D1F" w:rsidP="00876D1F">
            <w:pPr>
              <w:rPr>
                <w:rFonts w:ascii="Times New Roman" w:hAnsi="Times New Roman" w:cs="Times New Roman"/>
              </w:rPr>
            </w:pPr>
            <w:r w:rsidRPr="00C31E4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423" w:type="dxa"/>
          </w:tcPr>
          <w:p w14:paraId="30C54F00" w14:textId="77777777" w:rsidR="00876D1F" w:rsidRPr="00C31E47" w:rsidRDefault="00876D1F" w:rsidP="00876D1F">
            <w:pPr>
              <w:rPr>
                <w:rFonts w:ascii="Times New Roman" w:hAnsi="Times New Roman" w:cs="Times New Roman"/>
                <w:lang w:val="ru-RU"/>
              </w:rPr>
            </w:pPr>
            <w:r w:rsidRPr="00C31E47">
              <w:rPr>
                <w:rFonts w:ascii="Times New Roman" w:hAnsi="Times New Roman" w:cs="Times New Roman"/>
                <w:lang w:val="ru-RU"/>
              </w:rPr>
              <w:t xml:space="preserve">ПИД‑скорости по </w:t>
            </w:r>
            <w:r w:rsidRPr="00C31E47">
              <w:rPr>
                <w:rFonts w:ascii="Times New Roman" w:hAnsi="Times New Roman" w:cs="Times New Roman"/>
              </w:rPr>
              <w:t>RPM</w:t>
            </w:r>
            <w:r w:rsidRPr="00C31E4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C31E47">
              <w:rPr>
                <w:rFonts w:ascii="Times New Roman" w:hAnsi="Times New Roman" w:cs="Times New Roman"/>
                <w:lang w:val="ru-RU"/>
              </w:rPr>
              <w:t>энкодера</w:t>
            </w:r>
            <w:proofErr w:type="spellEnd"/>
            <w:r w:rsidRPr="00C31E47">
              <w:rPr>
                <w:rFonts w:ascii="Times New Roman" w:hAnsi="Times New Roman" w:cs="Times New Roman"/>
                <w:lang w:val="ru-RU"/>
              </w:rPr>
              <w:t xml:space="preserve">; период 50 мс; ограничение ШИМ </w:t>
            </w:r>
            <w:proofErr w:type="gramStart"/>
            <w:r w:rsidRPr="00C31E47">
              <w:rPr>
                <w:rFonts w:ascii="Times New Roman" w:hAnsi="Times New Roman" w:cs="Times New Roman"/>
                <w:lang w:val="ru-RU"/>
              </w:rPr>
              <w:t>0..</w:t>
            </w:r>
            <w:proofErr w:type="gramEnd"/>
            <w:r w:rsidRPr="00C31E47">
              <w:rPr>
                <w:rFonts w:ascii="Times New Roman" w:hAnsi="Times New Roman" w:cs="Times New Roman"/>
                <w:lang w:val="ru-RU"/>
              </w:rPr>
              <w:t xml:space="preserve">255; лог на </w:t>
            </w:r>
            <w:r w:rsidRPr="00C31E47">
              <w:rPr>
                <w:rFonts w:ascii="Times New Roman" w:hAnsi="Times New Roman" w:cs="Times New Roman"/>
              </w:rPr>
              <w:t>Serial</w:t>
            </w:r>
            <w:r w:rsidRPr="00C31E47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3544" w:type="dxa"/>
          </w:tcPr>
          <w:p w14:paraId="49A8E87A" w14:textId="312E8519" w:rsidR="00876D1F" w:rsidRPr="00C31E47" w:rsidRDefault="00876D1F" w:rsidP="00876D1F">
            <w:pPr>
              <w:rPr>
                <w:rFonts w:ascii="Times New Roman" w:hAnsi="Times New Roman" w:cs="Times New Roman"/>
                <w:lang w:val="ru-RU"/>
              </w:rPr>
            </w:pPr>
            <w:r w:rsidRPr="007C3482">
              <w:rPr>
                <w:rFonts w:ascii="Times New Roman" w:hAnsi="Times New Roman" w:cs="Times New Roman"/>
                <w:lang w:val="ru-RU"/>
              </w:rPr>
              <w:t>0-3</w:t>
            </w:r>
          </w:p>
        </w:tc>
      </w:tr>
      <w:tr w:rsidR="00876D1F" w:rsidRPr="00876D1F" w14:paraId="00936DA2" w14:textId="77777777" w:rsidTr="00876D1F">
        <w:tc>
          <w:tcPr>
            <w:tcW w:w="1242" w:type="dxa"/>
          </w:tcPr>
          <w:p w14:paraId="34336AB4" w14:textId="77777777" w:rsidR="00876D1F" w:rsidRPr="00C31E47" w:rsidRDefault="00876D1F" w:rsidP="00876D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23" w:type="dxa"/>
          </w:tcPr>
          <w:p w14:paraId="33914B57" w14:textId="12B7E3D2" w:rsidR="00876D1F" w:rsidRPr="00C31E47" w:rsidRDefault="00876D1F" w:rsidP="00876D1F">
            <w:pPr>
              <w:jc w:val="righ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Итог:</w:t>
            </w:r>
          </w:p>
        </w:tc>
        <w:tc>
          <w:tcPr>
            <w:tcW w:w="3544" w:type="dxa"/>
          </w:tcPr>
          <w:p w14:paraId="68041B2D" w14:textId="5A848B64" w:rsidR="00876D1F" w:rsidRPr="007C3482" w:rsidRDefault="00876D1F" w:rsidP="00876D1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35</w:t>
            </w:r>
          </w:p>
        </w:tc>
      </w:tr>
    </w:tbl>
    <w:p w14:paraId="3C12BF62" w14:textId="77777777" w:rsidR="001F4A64" w:rsidRPr="00C31E47" w:rsidRDefault="001F4A64">
      <w:pPr>
        <w:rPr>
          <w:lang w:val="ru-RU"/>
        </w:rPr>
      </w:pPr>
    </w:p>
    <w:sectPr w:rsidR="001F4A64" w:rsidRPr="00C31E4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850523">
    <w:abstractNumId w:val="8"/>
  </w:num>
  <w:num w:numId="2" w16cid:durableId="349648933">
    <w:abstractNumId w:val="6"/>
  </w:num>
  <w:num w:numId="3" w16cid:durableId="1765498036">
    <w:abstractNumId w:val="5"/>
  </w:num>
  <w:num w:numId="4" w16cid:durableId="636107455">
    <w:abstractNumId w:val="4"/>
  </w:num>
  <w:num w:numId="5" w16cid:durableId="524712110">
    <w:abstractNumId w:val="7"/>
  </w:num>
  <w:num w:numId="6" w16cid:durableId="147403683">
    <w:abstractNumId w:val="3"/>
  </w:num>
  <w:num w:numId="7" w16cid:durableId="1795178158">
    <w:abstractNumId w:val="2"/>
  </w:num>
  <w:num w:numId="8" w16cid:durableId="2002195836">
    <w:abstractNumId w:val="1"/>
  </w:num>
  <w:num w:numId="9" w16cid:durableId="1531183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4A64"/>
    <w:rsid w:val="0029639D"/>
    <w:rsid w:val="00326F90"/>
    <w:rsid w:val="00876D1F"/>
    <w:rsid w:val="009C493A"/>
    <w:rsid w:val="00AA1D8D"/>
    <w:rsid w:val="00B47730"/>
    <w:rsid w:val="00B567C1"/>
    <w:rsid w:val="00C31E47"/>
    <w:rsid w:val="00CB0664"/>
    <w:rsid w:val="00DC65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BA7C93"/>
  <w14:defaultImageDpi w14:val="300"/>
  <w15:docId w15:val="{5212D5CF-77E9-43E7-8A6A-6F26A2729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Данил Сухаренко</cp:lastModifiedBy>
  <cp:revision>3</cp:revision>
  <dcterms:created xsi:type="dcterms:W3CDTF">2025-10-16T07:23:00Z</dcterms:created>
  <dcterms:modified xsi:type="dcterms:W3CDTF">2025-10-30T10:02:00Z</dcterms:modified>
  <cp:category/>
</cp:coreProperties>
</file>