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6CBE1" w14:textId="67C576D2" w:rsidR="00534CF5" w:rsidRPr="005A0C04" w:rsidRDefault="00534CF5" w:rsidP="004129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0C04">
        <w:rPr>
          <w:rFonts w:ascii="Times New Roman" w:hAnsi="Times New Roman" w:cs="Times New Roman"/>
          <w:b/>
          <w:sz w:val="28"/>
          <w:szCs w:val="28"/>
          <w:lang w:val="ru-RU"/>
        </w:rPr>
        <w:t>Всероссийская олимпиада школьников 2025-2026 учебный год</w:t>
      </w:r>
    </w:p>
    <w:p w14:paraId="2E7883FB" w14:textId="77777777" w:rsidR="00534CF5" w:rsidRPr="005A0C04" w:rsidRDefault="00534CF5" w:rsidP="004129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0C04">
        <w:rPr>
          <w:rFonts w:ascii="Times New Roman" w:hAnsi="Times New Roman" w:cs="Times New Roman"/>
          <w:b/>
          <w:sz w:val="28"/>
          <w:szCs w:val="28"/>
          <w:lang w:val="ru-RU"/>
        </w:rPr>
        <w:t>Муниципальный этап</w:t>
      </w:r>
    </w:p>
    <w:p w14:paraId="606BF6CB" w14:textId="79C46E7F" w:rsidR="00534CF5" w:rsidRPr="005A0C04" w:rsidRDefault="005A0C04" w:rsidP="004129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0C04">
        <w:rPr>
          <w:rFonts w:ascii="Times New Roman" w:hAnsi="Times New Roman" w:cs="Times New Roman"/>
          <w:b/>
          <w:sz w:val="28"/>
          <w:szCs w:val="28"/>
          <w:lang w:val="ru-RU"/>
        </w:rPr>
        <w:t>Информатика</w:t>
      </w:r>
    </w:p>
    <w:p w14:paraId="28E7B5F2" w14:textId="77777777" w:rsidR="00534CF5" w:rsidRPr="005A0C04" w:rsidRDefault="00534CF5" w:rsidP="004129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0C04">
        <w:rPr>
          <w:rFonts w:ascii="Times New Roman" w:hAnsi="Times New Roman" w:cs="Times New Roman"/>
          <w:b/>
          <w:sz w:val="28"/>
          <w:szCs w:val="28"/>
          <w:lang w:val="ru-RU"/>
        </w:rPr>
        <w:t>Направление «Робототехника»</w:t>
      </w:r>
    </w:p>
    <w:p w14:paraId="19B1D77F" w14:textId="67DE4366" w:rsidR="00534CF5" w:rsidRPr="005A0C04" w:rsidRDefault="005A0C04" w:rsidP="004129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0C04">
        <w:rPr>
          <w:rFonts w:ascii="Times New Roman" w:hAnsi="Times New Roman" w:cs="Times New Roman"/>
          <w:b/>
          <w:sz w:val="28"/>
          <w:szCs w:val="28"/>
          <w:lang w:val="ru-RU"/>
        </w:rPr>
        <w:t>9-11</w:t>
      </w:r>
      <w:r w:rsidR="00534CF5" w:rsidRPr="005A0C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</w:t>
      </w:r>
      <w:r w:rsidR="00534B8D"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</w:p>
    <w:p w14:paraId="06106125" w14:textId="0C6BA132" w:rsidR="00C85898" w:rsidRPr="00534CF5" w:rsidRDefault="00882085" w:rsidP="005A0C0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>Структура: 5 тестовых заданий и 10 кейс‑заданий</w:t>
      </w:r>
      <w:r w:rsidR="007D3FE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6B6C08" w14:textId="02B70861" w:rsidR="00C85898" w:rsidRPr="007D3FEB" w:rsidRDefault="00882085" w:rsidP="007D3FEB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7D3FEB">
        <w:rPr>
          <w:rFonts w:ascii="Times New Roman" w:hAnsi="Times New Roman" w:cs="Times New Roman"/>
          <w:color w:val="000000" w:themeColor="text1"/>
          <w:lang w:val="ru-RU"/>
        </w:rPr>
        <w:t xml:space="preserve">Часть </w:t>
      </w:r>
      <w:r w:rsidRPr="007D3FEB">
        <w:rPr>
          <w:rFonts w:ascii="Times New Roman" w:hAnsi="Times New Roman" w:cs="Times New Roman"/>
          <w:color w:val="000000" w:themeColor="text1"/>
        </w:rPr>
        <w:t>I</w:t>
      </w:r>
      <w:r w:rsidRPr="007D3FEB">
        <w:rPr>
          <w:rFonts w:ascii="Times New Roman" w:hAnsi="Times New Roman" w:cs="Times New Roman"/>
          <w:color w:val="000000" w:themeColor="text1"/>
          <w:lang w:val="ru-RU"/>
        </w:rPr>
        <w:t>. Тестовые задания</w:t>
      </w:r>
      <w:r w:rsidR="005A0C04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5D1C5375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1. Что измеряет ультразвуковой датчик </w:t>
      </w:r>
      <w:r w:rsidRPr="007D3FEB">
        <w:rPr>
          <w:rFonts w:ascii="Times New Roman" w:hAnsi="Times New Roman" w:cs="Times New Roman"/>
          <w:b/>
          <w:sz w:val="24"/>
          <w:szCs w:val="24"/>
        </w:rPr>
        <w:t>HC</w:t>
      </w: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>‑</w:t>
      </w:r>
      <w:r w:rsidRPr="007D3FEB">
        <w:rPr>
          <w:rFonts w:ascii="Times New Roman" w:hAnsi="Times New Roman" w:cs="Times New Roman"/>
          <w:b/>
          <w:sz w:val="24"/>
          <w:szCs w:val="24"/>
        </w:rPr>
        <w:t>SR</w:t>
      </w: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>04?</w:t>
      </w:r>
    </w:p>
    <w:p w14:paraId="22BAA691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A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Напряжение источника питания робота</w:t>
      </w:r>
    </w:p>
    <w:p w14:paraId="6D94D433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B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Расстояние до препятствия по времени полёта звука</w:t>
      </w:r>
    </w:p>
    <w:p w14:paraId="019DAC55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C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Освещённость поверхности фотодиодом</w:t>
      </w:r>
    </w:p>
    <w:p w14:paraId="18E8D97A" w14:textId="0344C6F9" w:rsidR="00C85898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D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Положение магнитных меток на полу</w:t>
      </w:r>
    </w:p>
    <w:p w14:paraId="770451A3" w14:textId="77777777" w:rsidR="00412943" w:rsidRDefault="00412943" w:rsidP="00412943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0091DE28" w14:textId="77777777" w:rsidR="00412943" w:rsidRPr="007D3FEB" w:rsidRDefault="00412943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7EBD153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>2. Зачем используют ШИМ (</w:t>
      </w:r>
      <w:r w:rsidRPr="007D3FEB">
        <w:rPr>
          <w:rFonts w:ascii="Times New Roman" w:hAnsi="Times New Roman" w:cs="Times New Roman"/>
          <w:b/>
          <w:sz w:val="24"/>
          <w:szCs w:val="24"/>
        </w:rPr>
        <w:t>PWM</w:t>
      </w: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>) при управлении коллекторным двигателем постоянного тока?</w:t>
      </w:r>
    </w:p>
    <w:p w14:paraId="6CCA1E60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A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Для плавного изменения среднего напряжения на двигателе за счёт скважности импульсов</w:t>
      </w:r>
    </w:p>
    <w:p w14:paraId="20FC3A78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B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Для постоянной смены полярности без изменения скорости</w:t>
      </w:r>
    </w:p>
    <w:p w14:paraId="075BCF29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C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Для измерения тока двигателя</w:t>
      </w:r>
    </w:p>
    <w:p w14:paraId="682708E5" w14:textId="2594CC06" w:rsidR="00C85898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D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Для увеличения крутящего момента без изменения скорости</w:t>
      </w:r>
    </w:p>
    <w:p w14:paraId="052E34D8" w14:textId="77777777" w:rsidR="00412943" w:rsidRDefault="00412943" w:rsidP="00412943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16C636A4" w14:textId="77777777" w:rsidR="00412943" w:rsidRPr="007D3FEB" w:rsidRDefault="00412943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C8D3174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3. Какой драйвер чаще всего применяют для управления шаговым двигателем </w:t>
      </w:r>
      <w:r w:rsidRPr="007D3FEB">
        <w:rPr>
          <w:rFonts w:ascii="Times New Roman" w:hAnsi="Times New Roman" w:cs="Times New Roman"/>
          <w:b/>
          <w:sz w:val="24"/>
          <w:szCs w:val="24"/>
        </w:rPr>
        <w:t>NEMA</w:t>
      </w: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17 в проектах на </w:t>
      </w:r>
      <w:r w:rsidRPr="007D3FEB">
        <w:rPr>
          <w:rFonts w:ascii="Times New Roman" w:hAnsi="Times New Roman" w:cs="Times New Roman"/>
          <w:b/>
          <w:sz w:val="24"/>
          <w:szCs w:val="24"/>
        </w:rPr>
        <w:t>Arduino</w:t>
      </w: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>?</w:t>
      </w:r>
    </w:p>
    <w:p w14:paraId="0FAEF713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A. A4988</w:t>
      </w:r>
    </w:p>
    <w:p w14:paraId="464955C4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</w:rPr>
        <w:t xml:space="preserve">    B. L298N</w:t>
      </w:r>
    </w:p>
    <w:p w14:paraId="066C0D15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</w:rPr>
        <w:t xml:space="preserve">    C. ULN2003</w:t>
      </w:r>
    </w:p>
    <w:p w14:paraId="7A3EA00A" w14:textId="58ADF498" w:rsidR="00C85898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</w:rPr>
        <w:t xml:space="preserve">    D. TIP120</w:t>
      </w:r>
    </w:p>
    <w:p w14:paraId="5D98DFD9" w14:textId="77777777" w:rsidR="00412943" w:rsidRDefault="00412943" w:rsidP="00412943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248D58EA" w14:textId="77777777" w:rsidR="00412943" w:rsidRPr="00534B8D" w:rsidRDefault="00412943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F8E8F6D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>4. Если увеличить число зубьев у ведомого колеса при неизменном ведущем, угловая скорость ведомого…</w:t>
      </w:r>
    </w:p>
    <w:p w14:paraId="2B2122BD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A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Увеличится</w:t>
      </w:r>
    </w:p>
    <w:p w14:paraId="313E73D8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B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Уменьшится</w:t>
      </w:r>
    </w:p>
    <w:p w14:paraId="43EEEE60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C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Не изменится</w:t>
      </w:r>
    </w:p>
    <w:p w14:paraId="403BA899" w14:textId="77777777" w:rsidR="00C85898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D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Сначала увеличится, затем уменьшится</w:t>
      </w:r>
    </w:p>
    <w:p w14:paraId="4CD075AD" w14:textId="77777777" w:rsidR="00412943" w:rsidRDefault="00412943" w:rsidP="00412943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7A37DA51" w14:textId="77777777" w:rsidR="005A0C04" w:rsidRPr="007D3FEB" w:rsidRDefault="005A0C04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BBFD99C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5. Какой цифровой пин </w:t>
      </w:r>
      <w:r w:rsidRPr="007D3FEB">
        <w:rPr>
          <w:rFonts w:ascii="Times New Roman" w:hAnsi="Times New Roman" w:cs="Times New Roman"/>
          <w:b/>
          <w:sz w:val="24"/>
          <w:szCs w:val="24"/>
        </w:rPr>
        <w:t>Arduino</w:t>
      </w: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7D3FEB">
        <w:rPr>
          <w:rFonts w:ascii="Times New Roman" w:hAnsi="Times New Roman" w:cs="Times New Roman"/>
          <w:b/>
          <w:sz w:val="24"/>
          <w:szCs w:val="24"/>
        </w:rPr>
        <w:t>UNO</w:t>
      </w: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соответствует внешнему прерыванию </w:t>
      </w:r>
      <w:r w:rsidRPr="007D3FEB">
        <w:rPr>
          <w:rFonts w:ascii="Times New Roman" w:hAnsi="Times New Roman" w:cs="Times New Roman"/>
          <w:b/>
          <w:sz w:val="24"/>
          <w:szCs w:val="24"/>
        </w:rPr>
        <w:t>INT</w:t>
      </w:r>
      <w:r w:rsidRPr="007D3FEB">
        <w:rPr>
          <w:rFonts w:ascii="Times New Roman" w:hAnsi="Times New Roman" w:cs="Times New Roman"/>
          <w:b/>
          <w:sz w:val="24"/>
          <w:szCs w:val="24"/>
          <w:lang w:val="ru-RU"/>
        </w:rPr>
        <w:t>0?</w:t>
      </w:r>
    </w:p>
    <w:p w14:paraId="1A0C2252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A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3FEB">
        <w:rPr>
          <w:rFonts w:ascii="Times New Roman" w:hAnsi="Times New Roman" w:cs="Times New Roman"/>
          <w:sz w:val="24"/>
          <w:szCs w:val="24"/>
        </w:rPr>
        <w:t>D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2</w:t>
      </w:r>
    </w:p>
    <w:p w14:paraId="5E8D65CD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B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3FEB">
        <w:rPr>
          <w:rFonts w:ascii="Times New Roman" w:hAnsi="Times New Roman" w:cs="Times New Roman"/>
          <w:sz w:val="24"/>
          <w:szCs w:val="24"/>
        </w:rPr>
        <w:t>D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3</w:t>
      </w:r>
    </w:p>
    <w:p w14:paraId="71874448" w14:textId="77777777" w:rsidR="00C85898" w:rsidRPr="007D3FEB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C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3FEB">
        <w:rPr>
          <w:rFonts w:ascii="Times New Roman" w:hAnsi="Times New Roman" w:cs="Times New Roman"/>
          <w:sz w:val="24"/>
          <w:szCs w:val="24"/>
        </w:rPr>
        <w:t>D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13</w:t>
      </w:r>
    </w:p>
    <w:p w14:paraId="6D53840D" w14:textId="743F52A0" w:rsidR="00C85898" w:rsidRDefault="00882085" w:rsidP="007D3FE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7D3FEB">
        <w:rPr>
          <w:rFonts w:ascii="Times New Roman" w:hAnsi="Times New Roman" w:cs="Times New Roman"/>
          <w:sz w:val="24"/>
          <w:szCs w:val="24"/>
        </w:rPr>
        <w:t>D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3FEB">
        <w:rPr>
          <w:rFonts w:ascii="Times New Roman" w:hAnsi="Times New Roman" w:cs="Times New Roman"/>
          <w:sz w:val="24"/>
          <w:szCs w:val="24"/>
        </w:rPr>
        <w:t>A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0</w:t>
      </w:r>
    </w:p>
    <w:p w14:paraId="23E92A1A" w14:textId="233F2B6F" w:rsidR="00412943" w:rsidRDefault="00412943" w:rsidP="00412943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497200A3" w14:textId="358F59B6" w:rsidR="00CF4B96" w:rsidRDefault="00CF4B96" w:rsidP="00412943">
      <w:pPr>
        <w:spacing w:after="0"/>
        <w:rPr>
          <w:sz w:val="24"/>
          <w:lang w:val="ru-RU"/>
        </w:rPr>
      </w:pPr>
    </w:p>
    <w:p w14:paraId="5771758E" w14:textId="36B7ABA4" w:rsidR="00CF4B96" w:rsidRDefault="00CF4B96" w:rsidP="00412943">
      <w:pPr>
        <w:spacing w:after="0"/>
        <w:rPr>
          <w:sz w:val="24"/>
          <w:lang w:val="ru-RU"/>
        </w:rPr>
      </w:pPr>
    </w:p>
    <w:p w14:paraId="3F40915D" w14:textId="2B156E02" w:rsidR="00CF4B96" w:rsidRDefault="00CF4B96" w:rsidP="00412943">
      <w:pPr>
        <w:spacing w:after="0"/>
        <w:rPr>
          <w:sz w:val="24"/>
          <w:lang w:val="ru-RU"/>
        </w:rPr>
      </w:pPr>
    </w:p>
    <w:p w14:paraId="702A18AB" w14:textId="1A013F13" w:rsidR="00CF4B96" w:rsidRDefault="00CF4B96" w:rsidP="00412943">
      <w:pPr>
        <w:spacing w:after="0"/>
        <w:rPr>
          <w:sz w:val="24"/>
          <w:lang w:val="ru-RU"/>
        </w:rPr>
      </w:pPr>
    </w:p>
    <w:p w14:paraId="3CDD858F" w14:textId="195987A2" w:rsidR="00CF4B96" w:rsidRDefault="00CF4B96" w:rsidP="00412943">
      <w:pPr>
        <w:spacing w:after="0"/>
        <w:rPr>
          <w:sz w:val="24"/>
          <w:lang w:val="ru-RU"/>
        </w:rPr>
      </w:pPr>
    </w:p>
    <w:p w14:paraId="1AB50CAC" w14:textId="2EB3EC84" w:rsidR="00CF4B96" w:rsidRDefault="00CF4B96" w:rsidP="00412943">
      <w:pPr>
        <w:spacing w:after="0"/>
        <w:rPr>
          <w:sz w:val="24"/>
          <w:lang w:val="ru-RU"/>
        </w:rPr>
      </w:pPr>
    </w:p>
    <w:p w14:paraId="4785491D" w14:textId="5F52AA1C" w:rsidR="00CF4B96" w:rsidRDefault="00CF4B96" w:rsidP="00412943">
      <w:pPr>
        <w:spacing w:after="0"/>
        <w:rPr>
          <w:sz w:val="24"/>
          <w:lang w:val="ru-RU"/>
        </w:rPr>
      </w:pPr>
    </w:p>
    <w:p w14:paraId="0154E671" w14:textId="3119309A" w:rsidR="00CF4B96" w:rsidRDefault="00CF4B96" w:rsidP="00412943">
      <w:pPr>
        <w:spacing w:after="0"/>
        <w:rPr>
          <w:sz w:val="24"/>
          <w:lang w:val="ru-RU"/>
        </w:rPr>
      </w:pPr>
    </w:p>
    <w:p w14:paraId="2E6A5C97" w14:textId="416EC743" w:rsidR="00CF4B96" w:rsidRDefault="00CF4B96" w:rsidP="00412943">
      <w:pPr>
        <w:spacing w:after="0"/>
        <w:rPr>
          <w:sz w:val="24"/>
          <w:lang w:val="ru-RU"/>
        </w:rPr>
      </w:pPr>
    </w:p>
    <w:p w14:paraId="51DF3296" w14:textId="7AA49388" w:rsidR="00CF4B96" w:rsidRDefault="00CF4B96" w:rsidP="00412943">
      <w:pPr>
        <w:spacing w:after="0"/>
        <w:rPr>
          <w:sz w:val="24"/>
          <w:lang w:val="ru-RU"/>
        </w:rPr>
      </w:pPr>
    </w:p>
    <w:p w14:paraId="16BCCFF4" w14:textId="64828DBE" w:rsidR="00CF4B96" w:rsidRDefault="00CF4B96" w:rsidP="00412943">
      <w:pPr>
        <w:spacing w:after="0"/>
        <w:rPr>
          <w:sz w:val="24"/>
          <w:lang w:val="ru-RU"/>
        </w:rPr>
      </w:pPr>
    </w:p>
    <w:p w14:paraId="7F84A483" w14:textId="1EA82469" w:rsidR="00CF4B96" w:rsidRDefault="00CF4B96" w:rsidP="00412943">
      <w:pPr>
        <w:spacing w:after="0"/>
        <w:rPr>
          <w:sz w:val="24"/>
          <w:lang w:val="ru-RU"/>
        </w:rPr>
      </w:pPr>
    </w:p>
    <w:p w14:paraId="33899C7F" w14:textId="4145917F" w:rsidR="00CF4B96" w:rsidRDefault="00CF4B96" w:rsidP="00412943">
      <w:pPr>
        <w:spacing w:after="0"/>
        <w:rPr>
          <w:sz w:val="24"/>
          <w:lang w:val="ru-RU"/>
        </w:rPr>
      </w:pPr>
    </w:p>
    <w:p w14:paraId="24EB9B6A" w14:textId="7DB60905" w:rsidR="00CF4B96" w:rsidRDefault="00CF4B96" w:rsidP="00412943">
      <w:pPr>
        <w:spacing w:after="0"/>
        <w:rPr>
          <w:sz w:val="24"/>
          <w:lang w:val="ru-RU"/>
        </w:rPr>
      </w:pPr>
    </w:p>
    <w:p w14:paraId="4B850B03" w14:textId="4A045838" w:rsidR="00CF4B96" w:rsidRDefault="00CF4B96" w:rsidP="00412943">
      <w:pPr>
        <w:spacing w:after="0"/>
        <w:rPr>
          <w:sz w:val="24"/>
          <w:lang w:val="ru-RU"/>
        </w:rPr>
      </w:pPr>
    </w:p>
    <w:p w14:paraId="23B925ED" w14:textId="10F0B6D0" w:rsidR="00CF4B96" w:rsidRDefault="00CF4B96" w:rsidP="00412943">
      <w:pPr>
        <w:spacing w:after="0"/>
        <w:rPr>
          <w:sz w:val="24"/>
          <w:lang w:val="ru-RU"/>
        </w:rPr>
      </w:pPr>
    </w:p>
    <w:p w14:paraId="7DA20880" w14:textId="4C2D0684" w:rsidR="00CF4B96" w:rsidRDefault="00CF4B96" w:rsidP="00412943">
      <w:pPr>
        <w:spacing w:after="0"/>
        <w:rPr>
          <w:sz w:val="24"/>
          <w:lang w:val="ru-RU"/>
        </w:rPr>
      </w:pPr>
    </w:p>
    <w:p w14:paraId="765FE512" w14:textId="57E3CBB0" w:rsidR="00CF4B96" w:rsidRDefault="00CF4B96" w:rsidP="00412943">
      <w:pPr>
        <w:spacing w:after="0"/>
        <w:rPr>
          <w:sz w:val="24"/>
          <w:lang w:val="ru-RU"/>
        </w:rPr>
      </w:pPr>
    </w:p>
    <w:p w14:paraId="590A0B5C" w14:textId="71629BE4" w:rsidR="00CF4B96" w:rsidRDefault="00CF4B96" w:rsidP="00412943">
      <w:pPr>
        <w:spacing w:after="0"/>
        <w:rPr>
          <w:sz w:val="24"/>
          <w:lang w:val="ru-RU"/>
        </w:rPr>
      </w:pPr>
    </w:p>
    <w:p w14:paraId="6F036100" w14:textId="6FAD41D8" w:rsidR="00CF4B96" w:rsidRDefault="00CF4B96" w:rsidP="00412943">
      <w:pPr>
        <w:spacing w:after="0"/>
        <w:rPr>
          <w:sz w:val="24"/>
          <w:lang w:val="ru-RU"/>
        </w:rPr>
      </w:pPr>
    </w:p>
    <w:p w14:paraId="64C3FD9E" w14:textId="4DE583DE" w:rsidR="00CF4B96" w:rsidRDefault="00CF4B96" w:rsidP="00412943">
      <w:pPr>
        <w:spacing w:after="0"/>
        <w:rPr>
          <w:sz w:val="24"/>
          <w:lang w:val="ru-RU"/>
        </w:rPr>
      </w:pPr>
    </w:p>
    <w:p w14:paraId="7900C3F2" w14:textId="2D6A1520" w:rsidR="00CF4B96" w:rsidRDefault="00CF4B96" w:rsidP="00412943">
      <w:pPr>
        <w:spacing w:after="0"/>
        <w:rPr>
          <w:sz w:val="24"/>
          <w:lang w:val="ru-RU"/>
        </w:rPr>
      </w:pPr>
    </w:p>
    <w:p w14:paraId="59B929FD" w14:textId="2F8CC60C" w:rsidR="00CF4B96" w:rsidRDefault="00CF4B96" w:rsidP="00412943">
      <w:pPr>
        <w:spacing w:after="0"/>
        <w:rPr>
          <w:sz w:val="24"/>
          <w:lang w:val="ru-RU"/>
        </w:rPr>
      </w:pPr>
    </w:p>
    <w:p w14:paraId="46968CDB" w14:textId="18A686E0" w:rsidR="00CF4B96" w:rsidRDefault="00CF4B96" w:rsidP="00412943">
      <w:pPr>
        <w:spacing w:after="0"/>
        <w:rPr>
          <w:sz w:val="24"/>
          <w:lang w:val="ru-RU"/>
        </w:rPr>
      </w:pPr>
    </w:p>
    <w:p w14:paraId="479106A2" w14:textId="21B844BA" w:rsidR="00CF4B96" w:rsidRDefault="00CF4B96" w:rsidP="00412943">
      <w:pPr>
        <w:spacing w:after="0"/>
        <w:rPr>
          <w:sz w:val="24"/>
          <w:lang w:val="ru-RU"/>
        </w:rPr>
      </w:pPr>
    </w:p>
    <w:p w14:paraId="35315F2D" w14:textId="421CFF63" w:rsidR="00CF4B96" w:rsidRDefault="00CF4B96" w:rsidP="00412943">
      <w:pPr>
        <w:spacing w:after="0"/>
        <w:rPr>
          <w:sz w:val="24"/>
          <w:lang w:val="ru-RU"/>
        </w:rPr>
      </w:pPr>
    </w:p>
    <w:p w14:paraId="6D7E6216" w14:textId="2485E021" w:rsidR="00CF4B96" w:rsidRDefault="00CF4B96" w:rsidP="00412943">
      <w:pPr>
        <w:spacing w:after="0"/>
        <w:rPr>
          <w:sz w:val="24"/>
          <w:lang w:val="ru-RU"/>
        </w:rPr>
      </w:pPr>
    </w:p>
    <w:p w14:paraId="3EF40876" w14:textId="77777777" w:rsidR="00CF4B96" w:rsidRDefault="00CF4B96" w:rsidP="00412943">
      <w:pPr>
        <w:spacing w:after="0"/>
        <w:rPr>
          <w:sz w:val="24"/>
          <w:lang w:val="ru-RU"/>
        </w:rPr>
      </w:pPr>
    </w:p>
    <w:p w14:paraId="37FDD757" w14:textId="74265048" w:rsidR="00C85898" w:rsidRPr="007D3FEB" w:rsidRDefault="00882085" w:rsidP="007D3FEB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7D3FEB">
        <w:rPr>
          <w:rFonts w:ascii="Times New Roman" w:hAnsi="Times New Roman" w:cs="Times New Roman"/>
          <w:color w:val="000000" w:themeColor="text1"/>
          <w:lang w:val="ru-RU"/>
        </w:rPr>
        <w:lastRenderedPageBreak/>
        <w:t xml:space="preserve">Часть </w:t>
      </w:r>
      <w:r w:rsidRPr="007D3FEB">
        <w:rPr>
          <w:rFonts w:ascii="Times New Roman" w:hAnsi="Times New Roman" w:cs="Times New Roman"/>
          <w:color w:val="000000" w:themeColor="text1"/>
        </w:rPr>
        <w:t>II</w:t>
      </w:r>
      <w:r w:rsidRPr="007D3FEB">
        <w:rPr>
          <w:rFonts w:ascii="Times New Roman" w:hAnsi="Times New Roman" w:cs="Times New Roman"/>
          <w:color w:val="000000" w:themeColor="text1"/>
          <w:lang w:val="ru-RU"/>
        </w:rPr>
        <w:t>. Кейс‑задания</w:t>
      </w:r>
      <w:r w:rsidR="005A0C04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203AFEBF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6. Реализуйте на </w:t>
      </w:r>
      <w:r w:rsidRPr="007D3FEB">
        <w:rPr>
          <w:rFonts w:ascii="Times New Roman" w:hAnsi="Times New Roman" w:cs="Times New Roman"/>
          <w:sz w:val="24"/>
          <w:szCs w:val="24"/>
        </w:rPr>
        <w:t>Arduino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линейный регулятор по ПИД для следования по линии, используя 5 ИК‑датчиков (</w:t>
      </w:r>
      <w:r w:rsidRPr="007D3FEB">
        <w:rPr>
          <w:rFonts w:ascii="Times New Roman" w:hAnsi="Times New Roman" w:cs="Times New Roman"/>
          <w:sz w:val="24"/>
          <w:szCs w:val="24"/>
        </w:rPr>
        <w:t>A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0…</w:t>
      </w:r>
      <w:r w:rsidRPr="007D3FEB">
        <w:rPr>
          <w:rFonts w:ascii="Times New Roman" w:hAnsi="Times New Roman" w:cs="Times New Roman"/>
          <w:sz w:val="24"/>
          <w:szCs w:val="24"/>
        </w:rPr>
        <w:t>A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4). Считать позицию линии в диапазоне −</w:t>
      </w:r>
      <w:proofErr w:type="gramStart"/>
      <w:r w:rsidRPr="007D3FEB">
        <w:rPr>
          <w:rFonts w:ascii="Times New Roman" w:hAnsi="Times New Roman" w:cs="Times New Roman"/>
          <w:sz w:val="24"/>
          <w:szCs w:val="24"/>
          <w:lang w:val="ru-RU"/>
        </w:rPr>
        <w:t>2..</w:t>
      </w:r>
      <w:proofErr w:type="gram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+2, задать базовую скорость 120 (ШИМ 0..255), коэффициенты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Kp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=18, </w:t>
      </w:r>
      <w:r w:rsidRPr="007D3FEB">
        <w:rPr>
          <w:rFonts w:ascii="Times New Roman" w:hAnsi="Times New Roman" w:cs="Times New Roman"/>
          <w:sz w:val="24"/>
          <w:szCs w:val="24"/>
        </w:rPr>
        <w:t>Ki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=0.02,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Kd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=9. Выведите рассчитанное управляющее воздействие </w:t>
      </w:r>
      <w:r w:rsidRPr="007D3FEB">
        <w:rPr>
          <w:rFonts w:ascii="Times New Roman" w:hAnsi="Times New Roman" w:cs="Times New Roman"/>
          <w:sz w:val="24"/>
          <w:szCs w:val="24"/>
        </w:rPr>
        <w:t>U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и текущую ошибку в </w:t>
      </w:r>
      <w:r w:rsidRPr="007D3FEB">
        <w:rPr>
          <w:rFonts w:ascii="Times New Roman" w:hAnsi="Times New Roman" w:cs="Times New Roman"/>
          <w:sz w:val="24"/>
          <w:szCs w:val="24"/>
        </w:rPr>
        <w:t>Serial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3FEB">
        <w:rPr>
          <w:rFonts w:ascii="Times New Roman" w:hAnsi="Times New Roman" w:cs="Times New Roman"/>
          <w:sz w:val="24"/>
          <w:szCs w:val="24"/>
        </w:rPr>
        <w:t>Драйвер моторов – L298N (ENA/IN1/IN2 и ENB/IN3/IN4). Приложите рабочий код.</w:t>
      </w:r>
    </w:p>
    <w:p w14:paraId="124BAC92" w14:textId="1DFBD3BC" w:rsidR="00C85898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4E19FE" wp14:editId="0DD9CB67">
            <wp:extent cx="6339417" cy="3803650"/>
            <wp:effectExtent l="0" t="0" r="444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41728" cy="3805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6A125" w14:textId="7090FE14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7025DA" w14:textId="3A68D4EB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BD021A" w14:textId="08068B45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199826" w14:textId="36EEF1F3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C4D2C5" w14:textId="24D67ABA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2EFD06" w14:textId="4CADA5A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B89C4F" w14:textId="115155B9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525792" w14:textId="09F6732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AD57FE" w14:textId="6B15928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18CFCE" w14:textId="77777777" w:rsidR="00CF4B96" w:rsidRPr="007D3FEB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4484A4" w14:textId="77777777" w:rsidR="00C85898" w:rsidRPr="005A0C04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7. Дифференциальная платформа: радиус колеса </w:t>
      </w:r>
      <w:r w:rsidRPr="007D3FEB">
        <w:rPr>
          <w:rFonts w:ascii="Times New Roman" w:hAnsi="Times New Roman" w:cs="Times New Roman"/>
          <w:sz w:val="24"/>
          <w:szCs w:val="24"/>
        </w:rPr>
        <w:t>r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=0.05 м, база </w:t>
      </w:r>
      <w:r w:rsidRPr="007D3FEB">
        <w:rPr>
          <w:rFonts w:ascii="Times New Roman" w:hAnsi="Times New Roman" w:cs="Times New Roman"/>
          <w:sz w:val="24"/>
          <w:szCs w:val="24"/>
        </w:rPr>
        <w:t>L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=0.30 м. Левое колесо вращается с угловой скоростью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ωL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=8 рад/с, правое –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ωR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=4 рад/с. За время </w:t>
      </w:r>
      <w:r w:rsidRPr="007D3FEB">
        <w:rPr>
          <w:rFonts w:ascii="Times New Roman" w:hAnsi="Times New Roman" w:cs="Times New Roman"/>
          <w:sz w:val="24"/>
          <w:szCs w:val="24"/>
        </w:rPr>
        <w:t>t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=6 </w:t>
      </w:r>
      <w:r w:rsidRPr="007D3FEB">
        <w:rPr>
          <w:rFonts w:ascii="Times New Roman" w:hAnsi="Times New Roman" w:cs="Times New Roman"/>
          <w:sz w:val="24"/>
          <w:szCs w:val="24"/>
        </w:rPr>
        <w:t>c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определить радиус траектории центра робота </w:t>
      </w:r>
      <w:r w:rsidRPr="007D3FEB">
        <w:rPr>
          <w:rFonts w:ascii="Times New Roman" w:hAnsi="Times New Roman" w:cs="Times New Roman"/>
          <w:sz w:val="24"/>
          <w:szCs w:val="24"/>
        </w:rPr>
        <w:t>R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и поворот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Δθ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(рад). </w:t>
      </w:r>
      <w:r w:rsidRPr="005A0C04">
        <w:rPr>
          <w:rFonts w:ascii="Times New Roman" w:hAnsi="Times New Roman" w:cs="Times New Roman"/>
          <w:sz w:val="24"/>
          <w:szCs w:val="24"/>
          <w:lang w:val="ru-RU"/>
        </w:rPr>
        <w:t>Укажите формулы и итоговые значения.</w:t>
      </w:r>
    </w:p>
    <w:p w14:paraId="0BEA482C" w14:textId="32F572BB" w:rsidR="00C85898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EAE609" wp14:editId="08E9930B">
            <wp:extent cx="5393267" cy="32359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4489" cy="3236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F3DF0" w14:textId="4E37D709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F414C9C" w14:textId="1724DC6F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C29470B" w14:textId="56975E17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801842E" w14:textId="3D389ACC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F9765E4" w14:textId="2E2CB73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47E9015" w14:textId="066A1ED8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02DF433" w14:textId="6DFE170D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7C73559" w14:textId="40567943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076E8B0" w14:textId="7CC9909C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BBDA75B" w14:textId="15CA4379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B8B44A3" w14:textId="77777777" w:rsidR="00CF4B96" w:rsidRPr="007D3FEB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5DF8226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8. </w:t>
      </w:r>
      <w:proofErr w:type="spellStart"/>
      <w:r w:rsidRPr="007D3FEB">
        <w:rPr>
          <w:rFonts w:ascii="Times New Roman" w:hAnsi="Times New Roman" w:cs="Times New Roman"/>
          <w:sz w:val="24"/>
          <w:szCs w:val="24"/>
          <w:lang w:val="ru-RU"/>
        </w:rPr>
        <w:t>Одометрия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. Диаметр колеса </w:t>
      </w:r>
      <w:r w:rsidRPr="007D3FEB">
        <w:rPr>
          <w:rFonts w:ascii="Times New Roman" w:hAnsi="Times New Roman" w:cs="Times New Roman"/>
          <w:sz w:val="24"/>
          <w:szCs w:val="24"/>
        </w:rPr>
        <w:t>D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=0.12 м. </w:t>
      </w:r>
      <w:proofErr w:type="spellStart"/>
      <w:r w:rsidRPr="007D3FEB">
        <w:rPr>
          <w:rFonts w:ascii="Times New Roman" w:hAnsi="Times New Roman" w:cs="Times New Roman"/>
          <w:sz w:val="24"/>
          <w:szCs w:val="24"/>
          <w:lang w:val="ru-RU"/>
        </w:rPr>
        <w:t>Энкодер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даёт </w:t>
      </w:r>
      <w:r w:rsidRPr="007D3FEB">
        <w:rPr>
          <w:rFonts w:ascii="Times New Roman" w:hAnsi="Times New Roman" w:cs="Times New Roman"/>
          <w:sz w:val="24"/>
          <w:szCs w:val="24"/>
        </w:rPr>
        <w:t>CPR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=360 импульсов на оборот (учитывайте уже готовую </w:t>
      </w:r>
      <w:proofErr w:type="spellStart"/>
      <w:r w:rsidRPr="007D3FEB">
        <w:rPr>
          <w:rFonts w:ascii="Times New Roman" w:hAnsi="Times New Roman" w:cs="Times New Roman"/>
          <w:sz w:val="24"/>
          <w:szCs w:val="24"/>
          <w:lang w:val="ru-RU"/>
        </w:rPr>
        <w:t>раскодировку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>). За 10 с левое колесо дало +1800 импульсов, правое – +2200. Оценить пройденный путь, изменение ориентации робота и приблизительные координаты (</w:t>
      </w:r>
      <w:r w:rsidRPr="007D3FEB">
        <w:rPr>
          <w:rFonts w:ascii="Times New Roman" w:hAnsi="Times New Roman" w:cs="Times New Roman"/>
          <w:sz w:val="24"/>
          <w:szCs w:val="24"/>
        </w:rPr>
        <w:t>x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D3FEB">
        <w:rPr>
          <w:rFonts w:ascii="Times New Roman" w:hAnsi="Times New Roman" w:cs="Times New Roman"/>
          <w:sz w:val="24"/>
          <w:szCs w:val="24"/>
        </w:rPr>
        <w:t>y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), если изначально (0,0,0).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База</w:t>
      </w:r>
      <w:proofErr w:type="spellEnd"/>
      <w:r w:rsidRPr="007D3FEB">
        <w:rPr>
          <w:rFonts w:ascii="Times New Roman" w:hAnsi="Times New Roman" w:cs="Times New Roman"/>
          <w:sz w:val="24"/>
          <w:szCs w:val="24"/>
        </w:rPr>
        <w:t xml:space="preserve"> L=0.30 м.</w:t>
      </w:r>
    </w:p>
    <w:p w14:paraId="5A90AE31" w14:textId="77777777" w:rsidR="00C85898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9477FB" wp14:editId="648A60ED">
            <wp:extent cx="5630333" cy="3378200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2861" cy="337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80F89" w14:textId="78D4E638" w:rsidR="007D3FEB" w:rsidRDefault="007D3FEB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A90FDB7" w14:textId="47620343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623FA82" w14:textId="7D4E068B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55E00FA" w14:textId="725841AC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EDC4EEF" w14:textId="24CCEC9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49CEE16" w14:textId="7366B9A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6ED1894" w14:textId="10D4C899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E205F76" w14:textId="4AFB0F74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C8CA9F6" w14:textId="5B610D85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5508846" w14:textId="77777777" w:rsidR="00CF4B96" w:rsidRPr="007D3FEB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B776517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E6E14A6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9. Планарный манипулятор 2 </w:t>
      </w:r>
      <w:r w:rsidRPr="007D3FEB">
        <w:rPr>
          <w:rFonts w:ascii="Times New Roman" w:hAnsi="Times New Roman" w:cs="Times New Roman"/>
          <w:sz w:val="24"/>
          <w:szCs w:val="24"/>
        </w:rPr>
        <w:t>DOF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: длины звеньев </w:t>
      </w:r>
      <w:r w:rsidRPr="007D3FEB">
        <w:rPr>
          <w:rFonts w:ascii="Times New Roman" w:hAnsi="Times New Roman" w:cs="Times New Roman"/>
          <w:sz w:val="24"/>
          <w:szCs w:val="24"/>
        </w:rPr>
        <w:t>l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1=0.18 м, </w:t>
      </w:r>
      <w:r w:rsidRPr="007D3FEB">
        <w:rPr>
          <w:rFonts w:ascii="Times New Roman" w:hAnsi="Times New Roman" w:cs="Times New Roman"/>
          <w:sz w:val="24"/>
          <w:szCs w:val="24"/>
        </w:rPr>
        <w:t>l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2=0.12 м. Углы заданы в градусах: </w:t>
      </w:r>
      <w:r w:rsidRPr="007D3FEB">
        <w:rPr>
          <w:rFonts w:ascii="Times New Roman" w:hAnsi="Times New Roman" w:cs="Times New Roman"/>
          <w:sz w:val="24"/>
          <w:szCs w:val="24"/>
        </w:rPr>
        <w:t>θ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1=30° относительно оси </w:t>
      </w:r>
      <w:r w:rsidRPr="007D3FEB">
        <w:rPr>
          <w:rFonts w:ascii="Times New Roman" w:hAnsi="Times New Roman" w:cs="Times New Roman"/>
          <w:sz w:val="24"/>
          <w:szCs w:val="24"/>
        </w:rPr>
        <w:t>X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D3FEB">
        <w:rPr>
          <w:rFonts w:ascii="Times New Roman" w:hAnsi="Times New Roman" w:cs="Times New Roman"/>
          <w:sz w:val="24"/>
          <w:szCs w:val="24"/>
        </w:rPr>
        <w:t>θ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2=45° относительно первого звена. </w:t>
      </w:r>
      <w:r w:rsidRPr="007D3FEB">
        <w:rPr>
          <w:rFonts w:ascii="Times New Roman" w:hAnsi="Times New Roman" w:cs="Times New Roman"/>
          <w:sz w:val="24"/>
          <w:szCs w:val="24"/>
        </w:rPr>
        <w:t>Найти координаты конца эффектора (x, y).</w:t>
      </w:r>
    </w:p>
    <w:p w14:paraId="3483BAE9" w14:textId="6D88C0EA" w:rsidR="00C85898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F8E13A" wp14:editId="66E51328">
            <wp:extent cx="5943600" cy="35661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DC8E5" w14:textId="52F0C4A5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9B4C468" w14:textId="26DFBB2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01B73E6" w14:textId="683A2940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A4D6F44" w14:textId="27B25693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FB01B31" w14:textId="2210262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0958475" w14:textId="63075CDC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C825464" w14:textId="1EEC4C75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A3DECF5" w14:textId="64B865A4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1204156" w14:textId="1D774448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3832EF0" w14:textId="5AAC6A2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3723B02" w14:textId="704E7C7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E09B8AD" w14:textId="25FE776D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CA64D0B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A0C04">
        <w:rPr>
          <w:rFonts w:ascii="Times New Roman" w:hAnsi="Times New Roman" w:cs="Times New Roman"/>
          <w:sz w:val="24"/>
          <w:szCs w:val="24"/>
          <w:lang w:val="ru-RU"/>
        </w:rPr>
        <w:lastRenderedPageBreak/>
        <w:t>10. Схема: кнопка (</w:t>
      </w:r>
      <w:r w:rsidRPr="007D3FEB">
        <w:rPr>
          <w:rFonts w:ascii="Times New Roman" w:hAnsi="Times New Roman" w:cs="Times New Roman"/>
          <w:sz w:val="24"/>
          <w:szCs w:val="24"/>
        </w:rPr>
        <w:t>INPUT</w:t>
      </w:r>
      <w:r w:rsidRPr="005A0C04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7D3FEB">
        <w:rPr>
          <w:rFonts w:ascii="Times New Roman" w:hAnsi="Times New Roman" w:cs="Times New Roman"/>
          <w:sz w:val="24"/>
          <w:szCs w:val="24"/>
        </w:rPr>
        <w:t>PULLUP</w:t>
      </w:r>
      <w:r w:rsidRPr="005A0C04">
        <w:rPr>
          <w:rFonts w:ascii="Times New Roman" w:hAnsi="Times New Roman" w:cs="Times New Roman"/>
          <w:sz w:val="24"/>
          <w:szCs w:val="24"/>
          <w:lang w:val="ru-RU"/>
        </w:rPr>
        <w:t xml:space="preserve">) и драйвер </w:t>
      </w:r>
      <w:r w:rsidRPr="007D3FEB">
        <w:rPr>
          <w:rFonts w:ascii="Times New Roman" w:hAnsi="Times New Roman" w:cs="Times New Roman"/>
          <w:sz w:val="24"/>
          <w:szCs w:val="24"/>
        </w:rPr>
        <w:t>L</w:t>
      </w:r>
      <w:r w:rsidRPr="005A0C04">
        <w:rPr>
          <w:rFonts w:ascii="Times New Roman" w:hAnsi="Times New Roman" w:cs="Times New Roman"/>
          <w:sz w:val="24"/>
          <w:szCs w:val="24"/>
          <w:lang w:val="ru-RU"/>
        </w:rPr>
        <w:t>298</w:t>
      </w:r>
      <w:r w:rsidRPr="007D3FEB">
        <w:rPr>
          <w:rFonts w:ascii="Times New Roman" w:hAnsi="Times New Roman" w:cs="Times New Roman"/>
          <w:sz w:val="24"/>
          <w:szCs w:val="24"/>
        </w:rPr>
        <w:t>N</w:t>
      </w:r>
      <w:r w:rsidRPr="005A0C0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Напишите скетч, который при нажатой кнопке включает вращение двигателя вперёд со скоростью 60% ШИМ, а при отпускании — активно тормозит (оба входа в «0»). Покажите настройку </w:t>
      </w:r>
      <w:proofErr w:type="spellStart"/>
      <w:r w:rsidRPr="007D3FEB">
        <w:rPr>
          <w:rFonts w:ascii="Times New Roman" w:hAnsi="Times New Roman" w:cs="Times New Roman"/>
          <w:sz w:val="24"/>
          <w:szCs w:val="24"/>
          <w:lang w:val="ru-RU"/>
        </w:rPr>
        <w:t>пинов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и логику </w:t>
      </w:r>
      <w:proofErr w:type="spellStart"/>
      <w:r w:rsidRPr="007D3FEB">
        <w:rPr>
          <w:rFonts w:ascii="Times New Roman" w:hAnsi="Times New Roman" w:cs="Times New Roman"/>
          <w:sz w:val="24"/>
          <w:szCs w:val="24"/>
          <w:lang w:val="ru-RU"/>
        </w:rPr>
        <w:t>антидребезга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2E67503" w14:textId="33D3D708" w:rsidR="00C85898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1CE25C" wp14:editId="5824E040">
            <wp:extent cx="5943600" cy="35661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D2AF7" w14:textId="05963680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B58E22" w14:textId="461AB30D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53C794" w14:textId="6E1C21AD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44CA6E" w14:textId="1216BD0C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5F3C18" w14:textId="19912A2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0BE8CC" w14:textId="70EEBBE3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AAF552" w14:textId="6691F605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98169B" w14:textId="4DA7E44A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EDDCA0" w14:textId="0C35B5A1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858A41" w14:textId="35158BE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A4B772" w14:textId="481E4F6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A25279" w14:textId="6B237ED2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11. Датчик </w:t>
      </w:r>
      <w:r w:rsidRPr="007D3FEB">
        <w:rPr>
          <w:rFonts w:ascii="Times New Roman" w:hAnsi="Times New Roman" w:cs="Times New Roman"/>
          <w:sz w:val="24"/>
          <w:szCs w:val="24"/>
        </w:rPr>
        <w:t>HC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‑</w:t>
      </w:r>
      <w:r w:rsidRPr="007D3FEB">
        <w:rPr>
          <w:rFonts w:ascii="Times New Roman" w:hAnsi="Times New Roman" w:cs="Times New Roman"/>
          <w:sz w:val="24"/>
          <w:szCs w:val="24"/>
        </w:rPr>
        <w:t>SR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04. Реализуйте функцию </w:t>
      </w:r>
      <w:proofErr w:type="spellStart"/>
      <w:proofErr w:type="gramStart"/>
      <w:r w:rsidRPr="007D3FEB">
        <w:rPr>
          <w:rFonts w:ascii="Times New Roman" w:hAnsi="Times New Roman" w:cs="Times New Roman"/>
          <w:sz w:val="24"/>
          <w:szCs w:val="24"/>
        </w:rPr>
        <w:t>measureDistance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), которая возвращает расстояние в см как медиану из 5 измерений, используя таймаут 30 </w:t>
      </w:r>
      <w:proofErr w:type="spellStart"/>
      <w:r w:rsidRPr="007D3FEB">
        <w:rPr>
          <w:rFonts w:ascii="Times New Roman" w:hAnsi="Times New Roman" w:cs="Times New Roman"/>
          <w:sz w:val="24"/>
          <w:szCs w:val="24"/>
          <w:lang w:val="ru-RU"/>
        </w:rPr>
        <w:t>мс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pulseIn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(). </w:t>
      </w:r>
      <w:r w:rsidRPr="007D3FEB">
        <w:rPr>
          <w:rFonts w:ascii="Times New Roman" w:hAnsi="Times New Roman" w:cs="Times New Roman"/>
          <w:sz w:val="24"/>
          <w:szCs w:val="24"/>
        </w:rPr>
        <w:t>Выведите измерение раз в 200 мс.</w:t>
      </w:r>
    </w:p>
    <w:p w14:paraId="4CD5E768" w14:textId="3F2EE20D" w:rsidR="00C85898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BBE8C5" wp14:editId="58DD8829">
            <wp:extent cx="5943600" cy="35661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2EE49" w14:textId="799C06A9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1B87EAC" w14:textId="4DE0814C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8CD2158" w14:textId="3084F38D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780461B" w14:textId="0F0E6A81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7189188" w14:textId="4493F0DD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A8C1BAF" w14:textId="6C0EFAC3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5B70427" w14:textId="292702A4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89D2970" w14:textId="204BA20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094A9F0" w14:textId="32480E2A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1544105" w14:textId="684F1589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CFA15DE" w14:textId="77777777" w:rsidR="00CF4B96" w:rsidRPr="005A0C04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51B5A9F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12. Адресная лента </w:t>
      </w:r>
      <w:r w:rsidRPr="007D3FEB">
        <w:rPr>
          <w:rFonts w:ascii="Times New Roman" w:hAnsi="Times New Roman" w:cs="Times New Roman"/>
          <w:sz w:val="24"/>
          <w:szCs w:val="24"/>
        </w:rPr>
        <w:t>WS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2812</w:t>
      </w:r>
      <w:r w:rsidRPr="007D3FEB">
        <w:rPr>
          <w:rFonts w:ascii="Times New Roman" w:hAnsi="Times New Roman" w:cs="Times New Roman"/>
          <w:sz w:val="24"/>
          <w:szCs w:val="24"/>
        </w:rPr>
        <w:t>B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(50 диодов) и кнопка. По каждому нажатию меняйте цвет всей ленты циклически по 5 предопределённым цветам (например: красный, зелёный, синий, жёлтый, пурпурный).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Продемонстрируйте</w:t>
      </w:r>
      <w:proofErr w:type="spellEnd"/>
      <w:r w:rsidRPr="007D3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простую</w:t>
      </w:r>
      <w:proofErr w:type="spellEnd"/>
      <w:r w:rsidRPr="007D3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защиту</w:t>
      </w:r>
      <w:proofErr w:type="spellEnd"/>
      <w:r w:rsidRPr="007D3F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3FE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D3FEB">
        <w:rPr>
          <w:rFonts w:ascii="Times New Roman" w:hAnsi="Times New Roman" w:cs="Times New Roman"/>
          <w:sz w:val="24"/>
          <w:szCs w:val="24"/>
        </w:rPr>
        <w:t xml:space="preserve"> дребезга.</w:t>
      </w:r>
    </w:p>
    <w:p w14:paraId="4570576F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BD6862" wp14:editId="0E5A4920">
            <wp:extent cx="5943600" cy="35661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716B8" w14:textId="6125AB1B" w:rsidR="00C85898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D221341" w14:textId="1F49ACC3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87569F6" w14:textId="7B6EFA40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B835B10" w14:textId="294971B8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19C71E5" w14:textId="69CA0DB2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77C45A7" w14:textId="4588CA65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BC95D68" w14:textId="67113B04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B11F94C" w14:textId="1B95A138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6569531" w14:textId="52A66D50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5BC8135" w14:textId="3BB5C4B7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74880FD" w14:textId="438941F3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38F38B5" w14:textId="77777777" w:rsidR="00C85898" w:rsidRPr="00CF4B96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13. Штриховая разметка позиций на полу: после калибровочного блока стоит зелёная разделительная полоса, затем 6 чёрно‑белых полос (белый=0, чёрный=1). </w:t>
      </w:r>
      <w:r w:rsidRPr="00CF4B96">
        <w:rPr>
          <w:rFonts w:ascii="Times New Roman" w:hAnsi="Times New Roman" w:cs="Times New Roman"/>
          <w:sz w:val="24"/>
          <w:szCs w:val="24"/>
          <w:lang w:val="ru-RU"/>
        </w:rPr>
        <w:t>Какое максимальное количество различных позиций товаров можно закодировать? Обоснуйте.</w:t>
      </w:r>
    </w:p>
    <w:p w14:paraId="187F4383" w14:textId="29459140" w:rsidR="00C85898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B41C14" wp14:editId="3865E905">
            <wp:extent cx="4953000" cy="2971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2097B" w14:textId="3692AD98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1A6813" w14:textId="74178228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E92FE4" w14:textId="40DF254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A6F541" w14:textId="0C02CBD3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520BE2" w14:textId="009EB9B8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476870" w14:textId="227E6B0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DDB946" w14:textId="63198D51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4F42ED" w14:textId="09C76A8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4E43C9" w14:textId="4F8B5D32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832593" w14:textId="32454D2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AD6EFE" w14:textId="4387C4FD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9CF906" w14:textId="030A303A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E8DAC4" w14:textId="77777777" w:rsidR="00CF4B96" w:rsidRPr="007D3FEB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2D8A11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14. Многоступенчатая зубчатая передача: три пары на общих валах (компаунд). Пары: </w:t>
      </w:r>
      <w:r w:rsidRPr="007D3FEB">
        <w:rPr>
          <w:rFonts w:ascii="Times New Roman" w:hAnsi="Times New Roman" w:cs="Times New Roman"/>
          <w:sz w:val="24"/>
          <w:szCs w:val="24"/>
        </w:rPr>
        <w:t>Z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1=12→</w:t>
      </w:r>
      <w:r w:rsidRPr="007D3FEB">
        <w:rPr>
          <w:rFonts w:ascii="Times New Roman" w:hAnsi="Times New Roman" w:cs="Times New Roman"/>
          <w:sz w:val="24"/>
          <w:szCs w:val="24"/>
        </w:rPr>
        <w:t>Z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2=36; </w:t>
      </w:r>
      <w:r w:rsidRPr="007D3FEB">
        <w:rPr>
          <w:rFonts w:ascii="Times New Roman" w:hAnsi="Times New Roman" w:cs="Times New Roman"/>
          <w:sz w:val="24"/>
          <w:szCs w:val="24"/>
        </w:rPr>
        <w:t>Z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3=10→</w:t>
      </w:r>
      <w:r w:rsidRPr="007D3FEB">
        <w:rPr>
          <w:rFonts w:ascii="Times New Roman" w:hAnsi="Times New Roman" w:cs="Times New Roman"/>
          <w:sz w:val="24"/>
          <w:szCs w:val="24"/>
        </w:rPr>
        <w:t>Z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4=40; </w:t>
      </w:r>
      <w:r w:rsidRPr="007D3FEB">
        <w:rPr>
          <w:rFonts w:ascii="Times New Roman" w:hAnsi="Times New Roman" w:cs="Times New Roman"/>
          <w:sz w:val="24"/>
          <w:szCs w:val="24"/>
        </w:rPr>
        <w:t>Z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5=15→</w:t>
      </w:r>
      <w:r w:rsidRPr="007D3FEB">
        <w:rPr>
          <w:rFonts w:ascii="Times New Roman" w:hAnsi="Times New Roman" w:cs="Times New Roman"/>
          <w:sz w:val="24"/>
          <w:szCs w:val="24"/>
        </w:rPr>
        <w:t>Z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6=45. Входной вал вращается с частотой 12 об/мин. Сколько оборотов сделает выходной вал за 90 секунд? Покажите расчёт общего передаточного отношения.</w:t>
      </w:r>
    </w:p>
    <w:p w14:paraId="7B16A9E1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B9D544D" wp14:editId="0445006C">
            <wp:extent cx="4953000" cy="2971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018BF" w14:textId="581D65CC" w:rsidR="00C85898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AD736B8" w14:textId="2D5B3B7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004F935" w14:textId="79D929D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B26F0CE" w14:textId="3FF0BE44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1C00FB9" w14:textId="1027D798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3869C36" w14:textId="3E23B41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AC07C1E" w14:textId="456679B8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7585433" w14:textId="62A2DF86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D65FDF6" w14:textId="6CCC7785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B120925" w14:textId="7DF5DCEE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C29867A" w14:textId="4018E570" w:rsidR="00CF4B96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626E1D7" w14:textId="77777777" w:rsidR="00CF4B96" w:rsidRPr="007D3FEB" w:rsidRDefault="00CF4B96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042228A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15. Реализуйте ПИД-регулятор скорости </w:t>
      </w:r>
      <w:r w:rsidRPr="007D3FEB">
        <w:rPr>
          <w:rFonts w:ascii="Times New Roman" w:hAnsi="Times New Roman" w:cs="Times New Roman"/>
          <w:sz w:val="24"/>
          <w:szCs w:val="24"/>
        </w:rPr>
        <w:t>DC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‑мотора по данным инкрементного </w:t>
      </w:r>
      <w:proofErr w:type="spellStart"/>
      <w:r w:rsidRPr="007D3FEB">
        <w:rPr>
          <w:rFonts w:ascii="Times New Roman" w:hAnsi="Times New Roman" w:cs="Times New Roman"/>
          <w:sz w:val="24"/>
          <w:szCs w:val="24"/>
          <w:lang w:val="ru-RU"/>
        </w:rPr>
        <w:t>энкодера</w:t>
      </w:r>
      <w:proofErr w:type="spell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: целевая скорость 150 </w:t>
      </w:r>
      <w:r w:rsidRPr="007D3FEB">
        <w:rPr>
          <w:rFonts w:ascii="Times New Roman" w:hAnsi="Times New Roman" w:cs="Times New Roman"/>
          <w:sz w:val="24"/>
          <w:szCs w:val="24"/>
        </w:rPr>
        <w:t>RPM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D3FEB">
        <w:rPr>
          <w:rFonts w:ascii="Times New Roman" w:hAnsi="Times New Roman" w:cs="Times New Roman"/>
          <w:sz w:val="24"/>
          <w:szCs w:val="24"/>
        </w:rPr>
        <w:t xml:space="preserve">Энкодер A — D2 (INT0), B — D3 (INT1). Драйвер — L298N (ENA/IN1/IN2). 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Период расчёта </w:t>
      </w:r>
      <w:r w:rsidRPr="007D3FEB">
        <w:rPr>
          <w:rFonts w:ascii="Times New Roman" w:hAnsi="Times New Roman" w:cs="Times New Roman"/>
          <w:sz w:val="24"/>
          <w:szCs w:val="24"/>
        </w:rPr>
        <w:t>PID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 — 50 мс, ограничить ШИМ </w:t>
      </w:r>
      <w:proofErr w:type="gramStart"/>
      <w:r w:rsidRPr="007D3FEB">
        <w:rPr>
          <w:rFonts w:ascii="Times New Roman" w:hAnsi="Times New Roman" w:cs="Times New Roman"/>
          <w:sz w:val="24"/>
          <w:szCs w:val="24"/>
          <w:lang w:val="ru-RU"/>
        </w:rPr>
        <w:t>0..</w:t>
      </w:r>
      <w:proofErr w:type="gramEnd"/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255. Выведите в </w:t>
      </w:r>
      <w:r w:rsidRPr="007D3FEB">
        <w:rPr>
          <w:rFonts w:ascii="Times New Roman" w:hAnsi="Times New Roman" w:cs="Times New Roman"/>
          <w:sz w:val="24"/>
          <w:szCs w:val="24"/>
        </w:rPr>
        <w:t>Serial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7D3FEB">
        <w:rPr>
          <w:rFonts w:ascii="Times New Roman" w:hAnsi="Times New Roman" w:cs="Times New Roman"/>
          <w:sz w:val="24"/>
          <w:szCs w:val="24"/>
        </w:rPr>
        <w:t>t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D3FEB">
        <w:rPr>
          <w:rFonts w:ascii="Times New Roman" w:hAnsi="Times New Roman" w:cs="Times New Roman"/>
          <w:sz w:val="24"/>
          <w:szCs w:val="24"/>
        </w:rPr>
        <w:t>target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D3FEB">
        <w:rPr>
          <w:rFonts w:ascii="Times New Roman" w:hAnsi="Times New Roman" w:cs="Times New Roman"/>
          <w:sz w:val="24"/>
          <w:szCs w:val="24"/>
        </w:rPr>
        <w:t>rpm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7D3FEB">
        <w:rPr>
          <w:rFonts w:ascii="Times New Roman" w:hAnsi="Times New Roman" w:cs="Times New Roman"/>
          <w:sz w:val="24"/>
          <w:szCs w:val="24"/>
        </w:rPr>
        <w:t>U</w:t>
      </w:r>
      <w:r w:rsidRPr="007D3FEB">
        <w:rPr>
          <w:rFonts w:ascii="Times New Roman" w:hAnsi="Times New Roman" w:cs="Times New Roman"/>
          <w:sz w:val="24"/>
          <w:szCs w:val="24"/>
          <w:lang w:val="ru-RU"/>
        </w:rPr>
        <w:t>. Приложите полный код.</w:t>
      </w:r>
    </w:p>
    <w:p w14:paraId="6433E917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4233E0" wp14:editId="60CCE506">
            <wp:extent cx="5943600" cy="35661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_case_1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1F2D8" w14:textId="77777777" w:rsidR="00C85898" w:rsidRPr="007D3FEB" w:rsidRDefault="00882085" w:rsidP="007D3F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D3FE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C85898" w:rsidRPr="007D3FEB" w:rsidSect="007D3F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2943"/>
    <w:rsid w:val="00534B8D"/>
    <w:rsid w:val="00534CF5"/>
    <w:rsid w:val="005A0C04"/>
    <w:rsid w:val="007D3FEB"/>
    <w:rsid w:val="00882085"/>
    <w:rsid w:val="00AA1D8D"/>
    <w:rsid w:val="00B47730"/>
    <w:rsid w:val="00C85898"/>
    <w:rsid w:val="00CB0664"/>
    <w:rsid w:val="00CF4B96"/>
    <w:rsid w:val="00DC65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61DA9"/>
  <w14:defaultImageDpi w14:val="300"/>
  <w15:docId w15:val="{5212D5CF-77E9-43E7-8A6A-6F26A272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012BEE-26B8-4627-9EA2-B87F1D775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615</Words>
  <Characters>3510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User-057</cp:lastModifiedBy>
  <cp:revision>5</cp:revision>
  <dcterms:created xsi:type="dcterms:W3CDTF">2025-10-16T07:22:00Z</dcterms:created>
  <dcterms:modified xsi:type="dcterms:W3CDTF">2025-11-05T14:39:00Z</dcterms:modified>
  <cp:category/>
</cp:coreProperties>
</file>